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B5AF" w14:textId="6F0D2885" w:rsidR="0005040E" w:rsidRDefault="003E08FB" w:rsidP="00A65BC7">
      <w:pPr>
        <w:pStyle w:val="Titel"/>
        <w:jc w:val="center"/>
        <w:rPr>
          <w:rFonts w:ascii="Arial" w:hAnsi="Arial" w:cs="Arial"/>
          <w:b/>
          <w:bCs/>
          <w:color w:val="0076B9"/>
          <w:lang w:val="de-DE"/>
        </w:rPr>
      </w:pPr>
      <w:r w:rsidRPr="00BD3827">
        <w:rPr>
          <w:rFonts w:ascii="Arial" w:hAnsi="Arial" w:cs="Arial"/>
          <w:b/>
          <w:bCs/>
          <w:color w:val="0076B9"/>
          <w:lang w:val="de-DE"/>
        </w:rPr>
        <w:t>Kooperationsvereinbarung</w:t>
      </w:r>
    </w:p>
    <w:p w14:paraId="668563CF" w14:textId="37F89E96" w:rsidR="006A7642" w:rsidRPr="004B7B22" w:rsidRDefault="003E08FB" w:rsidP="00A65BC7">
      <w:pPr>
        <w:pStyle w:val="Titel"/>
        <w:jc w:val="center"/>
        <w:rPr>
          <w:rFonts w:ascii="Arial" w:hAnsi="Arial" w:cs="Arial"/>
          <w:b/>
          <w:bCs/>
          <w:color w:val="BE8900"/>
          <w:lang w:val="de-DE"/>
        </w:rPr>
      </w:pPr>
      <w:r w:rsidRPr="004B7B22">
        <w:rPr>
          <w:rFonts w:ascii="Arial" w:hAnsi="Arial" w:cs="Arial"/>
          <w:b/>
          <w:bCs/>
          <w:color w:val="BE8900"/>
          <w:lang w:val="de-DE"/>
        </w:rPr>
        <w:t>Mustervereinbarung</w:t>
      </w:r>
    </w:p>
    <w:p w14:paraId="56C6E2D1" w14:textId="77777777" w:rsidR="006A7642" w:rsidRDefault="006A7642" w:rsidP="006A7642">
      <w:pPr>
        <w:rPr>
          <w:lang w:val="de-DE"/>
        </w:rPr>
      </w:pPr>
    </w:p>
    <w:p w14:paraId="701C9913" w14:textId="77777777" w:rsidR="00C95E84" w:rsidRDefault="00C95E84" w:rsidP="006A7642">
      <w:pPr>
        <w:jc w:val="center"/>
        <w:rPr>
          <w:rFonts w:cs="Arial"/>
          <w:b/>
          <w:sz w:val="48"/>
          <w:lang w:val="de-DE"/>
        </w:rPr>
      </w:pPr>
    </w:p>
    <w:p w14:paraId="1A860E0B" w14:textId="57B5AF8D" w:rsidR="006A7642" w:rsidRPr="00C95E84" w:rsidRDefault="006A7642" w:rsidP="006A7642">
      <w:pPr>
        <w:jc w:val="center"/>
        <w:rPr>
          <w:rFonts w:cs="Arial"/>
          <w:lang w:val="de-DE"/>
        </w:rPr>
      </w:pPr>
      <w:r w:rsidRPr="00C95E84">
        <w:rPr>
          <w:rFonts w:cs="Arial"/>
          <w:b/>
          <w:sz w:val="48"/>
          <w:lang w:val="de-DE"/>
        </w:rPr>
        <w:t>Kooperationsvereinbarung</w:t>
      </w:r>
    </w:p>
    <w:p w14:paraId="23D58A13" w14:textId="77777777" w:rsidR="006A7642" w:rsidRPr="00837BFB" w:rsidRDefault="006A7642" w:rsidP="006A7642">
      <w:pPr>
        <w:jc w:val="center"/>
        <w:rPr>
          <w:rFonts w:cs="Arial"/>
          <w:sz w:val="28"/>
          <w:szCs w:val="28"/>
          <w:lang w:val="de-DE"/>
        </w:rPr>
      </w:pPr>
      <w:r w:rsidRPr="00837BFB">
        <w:rPr>
          <w:rFonts w:cs="Arial"/>
          <w:sz w:val="28"/>
          <w:szCs w:val="28"/>
          <w:lang w:val="de-DE"/>
        </w:rPr>
        <w:t>zwischen</w:t>
      </w:r>
    </w:p>
    <w:p w14:paraId="521EB8B8" w14:textId="76AACD68" w:rsidR="006A7642" w:rsidRPr="004B7B22" w:rsidRDefault="00C95E84" w:rsidP="006A7642">
      <w:pPr>
        <w:jc w:val="center"/>
        <w:rPr>
          <w:rFonts w:cs="Arial"/>
          <w:color w:val="BE8900"/>
          <w:sz w:val="34"/>
          <w:szCs w:val="34"/>
          <w:lang w:val="de-DE"/>
        </w:rPr>
      </w:pPr>
      <w:r w:rsidRPr="004B7B22">
        <w:rPr>
          <w:rFonts w:cs="Arial"/>
          <w:b/>
          <w:color w:val="BE8900"/>
          <w:sz w:val="34"/>
          <w:szCs w:val="34"/>
          <w:lang w:val="de-DE"/>
        </w:rPr>
        <w:t>(</w:t>
      </w:r>
      <w:r w:rsidR="006A7642" w:rsidRPr="004B7B22">
        <w:rPr>
          <w:rFonts w:cs="Arial"/>
          <w:b/>
          <w:color w:val="BE8900"/>
          <w:sz w:val="34"/>
          <w:szCs w:val="34"/>
          <w:lang w:val="de-DE"/>
        </w:rPr>
        <w:t>Name des Sportvereins</w:t>
      </w:r>
      <w:r w:rsidRPr="004B7B22">
        <w:rPr>
          <w:rFonts w:cs="Arial"/>
          <w:b/>
          <w:color w:val="BE8900"/>
          <w:sz w:val="34"/>
          <w:szCs w:val="34"/>
          <w:lang w:val="de-DE"/>
        </w:rPr>
        <w:t>, vertreten durch)</w:t>
      </w:r>
    </w:p>
    <w:p w14:paraId="7FA13F0F" w14:textId="77777777" w:rsidR="006A7642" w:rsidRPr="004B7B22" w:rsidRDefault="006A7642" w:rsidP="006A7642">
      <w:pPr>
        <w:jc w:val="center"/>
        <w:rPr>
          <w:rFonts w:cs="Arial"/>
          <w:color w:val="BE8900"/>
          <w:sz w:val="28"/>
          <w:szCs w:val="28"/>
          <w:lang w:val="de-DE"/>
        </w:rPr>
      </w:pPr>
      <w:r w:rsidRPr="004B7B22">
        <w:rPr>
          <w:rFonts w:cs="Arial"/>
          <w:color w:val="BE8900"/>
          <w:sz w:val="28"/>
          <w:szCs w:val="28"/>
          <w:lang w:val="de-DE"/>
        </w:rPr>
        <w:t>und</w:t>
      </w:r>
    </w:p>
    <w:p w14:paraId="67FD28F2" w14:textId="16470DC3" w:rsidR="006A7642" w:rsidRPr="004B7B22" w:rsidRDefault="00C95E84" w:rsidP="006A7642">
      <w:pPr>
        <w:jc w:val="center"/>
        <w:rPr>
          <w:rFonts w:cs="Arial"/>
          <w:color w:val="BE8900"/>
          <w:sz w:val="34"/>
          <w:szCs w:val="34"/>
          <w:lang w:val="de-DE"/>
        </w:rPr>
      </w:pPr>
      <w:r w:rsidRPr="004B7B22">
        <w:rPr>
          <w:rFonts w:cs="Arial"/>
          <w:b/>
          <w:color w:val="BE8900"/>
          <w:sz w:val="34"/>
          <w:szCs w:val="34"/>
          <w:lang w:val="de-DE"/>
        </w:rPr>
        <w:t>(</w:t>
      </w:r>
      <w:r w:rsidR="006A7642" w:rsidRPr="004B7B22">
        <w:rPr>
          <w:rFonts w:cs="Arial"/>
          <w:b/>
          <w:color w:val="BE8900"/>
          <w:sz w:val="34"/>
          <w:szCs w:val="34"/>
          <w:lang w:val="de-DE"/>
        </w:rPr>
        <w:t>Name des Kooperationspartners</w:t>
      </w:r>
      <w:r w:rsidRPr="004B7B22">
        <w:rPr>
          <w:rFonts w:cs="Arial"/>
          <w:b/>
          <w:color w:val="BE8900"/>
          <w:sz w:val="34"/>
          <w:szCs w:val="34"/>
          <w:lang w:val="de-DE"/>
        </w:rPr>
        <w:t>, vertreten durch)</w:t>
      </w:r>
    </w:p>
    <w:p w14:paraId="7618A78C" w14:textId="2FA9D808" w:rsidR="006A7642" w:rsidRPr="00837BFB" w:rsidRDefault="006A7642" w:rsidP="006A7642">
      <w:pPr>
        <w:jc w:val="center"/>
        <w:rPr>
          <w:rFonts w:cs="Arial"/>
          <w:sz w:val="28"/>
          <w:szCs w:val="28"/>
          <w:lang w:val="de-DE"/>
        </w:rPr>
      </w:pPr>
      <w:r w:rsidRPr="00837BFB">
        <w:rPr>
          <w:rFonts w:cs="Arial"/>
          <w:sz w:val="28"/>
          <w:szCs w:val="28"/>
          <w:lang w:val="de-DE"/>
        </w:rPr>
        <w:t xml:space="preserve">Datum: </w:t>
      </w:r>
      <w:r w:rsidR="00C95E84" w:rsidRPr="00837BFB">
        <w:rPr>
          <w:rFonts w:cs="Arial"/>
          <w:color w:val="000000"/>
          <w:sz w:val="28"/>
          <w:szCs w:val="28"/>
          <w:lang w:val="de-DE"/>
        </w:rPr>
        <w:t>(</w:t>
      </w:r>
      <w:r w:rsidRPr="00837BFB">
        <w:rPr>
          <w:rFonts w:cs="Arial"/>
          <w:color w:val="000000"/>
          <w:sz w:val="28"/>
          <w:szCs w:val="28"/>
          <w:lang w:val="de-DE"/>
        </w:rPr>
        <w:t>TT.MM.JJJJ</w:t>
      </w:r>
      <w:r w:rsidR="00C95E84" w:rsidRPr="00837BFB">
        <w:rPr>
          <w:rFonts w:cs="Arial"/>
          <w:color w:val="000000"/>
          <w:sz w:val="28"/>
          <w:szCs w:val="28"/>
          <w:lang w:val="de-DE"/>
        </w:rPr>
        <w:t>)</w:t>
      </w:r>
    </w:p>
    <w:p w14:paraId="1DCCFF8D" w14:textId="77777777" w:rsidR="006A7642" w:rsidRPr="00BE0612" w:rsidRDefault="006A7642" w:rsidP="00BE0612">
      <w:pPr>
        <w:rPr>
          <w:lang w:val="de-DE"/>
        </w:rPr>
      </w:pPr>
    </w:p>
    <w:p w14:paraId="7B715C13" w14:textId="77777777" w:rsidR="006A7642" w:rsidRPr="00BE0612" w:rsidRDefault="006A7642" w:rsidP="00BE0612">
      <w:pPr>
        <w:rPr>
          <w:lang w:val="de-DE"/>
        </w:rPr>
      </w:pPr>
    </w:p>
    <w:p w14:paraId="0AD92FDA" w14:textId="77777777" w:rsidR="006A7642" w:rsidRPr="00BE0612" w:rsidRDefault="006A7642" w:rsidP="00BE0612">
      <w:pPr>
        <w:rPr>
          <w:lang w:val="de-DE"/>
        </w:rPr>
      </w:pPr>
    </w:p>
    <w:p w14:paraId="2535F4FE" w14:textId="77777777" w:rsidR="006A7642" w:rsidRPr="00BE0612" w:rsidRDefault="006A7642" w:rsidP="00BE0612">
      <w:pPr>
        <w:rPr>
          <w:lang w:val="de-DE"/>
        </w:rPr>
      </w:pPr>
    </w:p>
    <w:p w14:paraId="2145FD4F" w14:textId="77777777" w:rsidR="006A7642" w:rsidRPr="00BE0612" w:rsidRDefault="006A7642" w:rsidP="00BE0612">
      <w:pPr>
        <w:rPr>
          <w:lang w:val="de-DE"/>
        </w:rPr>
      </w:pPr>
    </w:p>
    <w:p w14:paraId="271F2C8C" w14:textId="77777777" w:rsidR="006A7642" w:rsidRPr="00BE0612" w:rsidRDefault="006A7642" w:rsidP="00BE0612">
      <w:pPr>
        <w:rPr>
          <w:lang w:val="de-DE"/>
        </w:rPr>
      </w:pPr>
    </w:p>
    <w:p w14:paraId="06C603E8" w14:textId="77777777" w:rsidR="006A7642" w:rsidRPr="00BE0612" w:rsidRDefault="006A7642" w:rsidP="00BE0612">
      <w:pPr>
        <w:rPr>
          <w:lang w:val="de-DE"/>
        </w:rPr>
      </w:pPr>
    </w:p>
    <w:p w14:paraId="46E6ACF5" w14:textId="77777777" w:rsidR="006A7642" w:rsidRDefault="006A7642" w:rsidP="006A7642">
      <w:pPr>
        <w:rPr>
          <w:lang w:val="de-DE"/>
        </w:rPr>
      </w:pPr>
    </w:p>
    <w:p w14:paraId="7EA793D9" w14:textId="77777777" w:rsidR="006A7642" w:rsidRPr="006A7642" w:rsidRDefault="006A7642" w:rsidP="00BE0612">
      <w:pPr>
        <w:rPr>
          <w:lang w:val="de-DE"/>
        </w:rPr>
        <w:sectPr w:rsidR="006A7642" w:rsidRPr="006A7642" w:rsidSect="004943D5">
          <w:footerReference w:type="default" r:id="rId8"/>
          <w:pgSz w:w="12240" w:h="15840"/>
          <w:pgMar w:top="1440" w:right="1800" w:bottom="1440" w:left="1800" w:header="720" w:footer="720" w:gutter="0"/>
          <w:pgNumType w:start="1"/>
          <w:cols w:space="720"/>
          <w:docGrid w:linePitch="360"/>
        </w:sectPr>
      </w:pPr>
    </w:p>
    <w:p w14:paraId="1DF14F86" w14:textId="30840EBB" w:rsidR="00292914" w:rsidRDefault="00292914" w:rsidP="00273E21">
      <w:pPr>
        <w:pStyle w:val="berschrift1"/>
        <w:jc w:val="center"/>
        <w:rPr>
          <w:rFonts w:ascii="Arial" w:hAnsi="Arial" w:cs="Arial"/>
          <w:color w:val="0076B9"/>
          <w:lang w:val="de-DE"/>
        </w:rPr>
      </w:pPr>
      <w:r>
        <w:rPr>
          <w:rFonts w:ascii="Arial" w:hAnsi="Arial" w:cs="Arial"/>
          <w:color w:val="0076B9"/>
          <w:lang w:val="de-DE"/>
        </w:rPr>
        <w:lastRenderedPageBreak/>
        <w:t>Präambel</w:t>
      </w:r>
    </w:p>
    <w:p w14:paraId="4A866829" w14:textId="78C0D5FA" w:rsidR="00483D39" w:rsidRDefault="00292914" w:rsidP="00DB1118">
      <w:pPr>
        <w:spacing w:before="0" w:after="40" w:line="360" w:lineRule="auto"/>
        <w:jc w:val="both"/>
        <w:rPr>
          <w:rFonts w:cs="Arial"/>
          <w:lang w:val="de-DE"/>
        </w:rPr>
      </w:pPr>
      <w:r w:rsidRPr="00292914">
        <w:rPr>
          <w:rFonts w:cs="Arial"/>
          <w:lang w:val="de-DE"/>
        </w:rPr>
        <w:t>Sportvereine sind ein zentraler Bestandteil der Zivilgesellschaft</w:t>
      </w:r>
      <w:r w:rsidR="004A560A">
        <w:rPr>
          <w:rFonts w:cs="Arial"/>
          <w:lang w:val="de-DE"/>
        </w:rPr>
        <w:t xml:space="preserve"> und </w:t>
      </w:r>
      <w:r w:rsidR="004A7B73">
        <w:rPr>
          <w:rFonts w:cs="Arial"/>
          <w:lang w:val="de-DE"/>
        </w:rPr>
        <w:t>stärke</w:t>
      </w:r>
      <w:r w:rsidR="003163E1">
        <w:rPr>
          <w:rFonts w:cs="Arial"/>
          <w:lang w:val="de-DE"/>
        </w:rPr>
        <w:t>n</w:t>
      </w:r>
      <w:r w:rsidR="004A7B73">
        <w:rPr>
          <w:rFonts w:cs="Arial"/>
          <w:lang w:val="de-DE"/>
        </w:rPr>
        <w:t xml:space="preserve"> als lokal verankerte </w:t>
      </w:r>
      <w:r w:rsidR="006A741A">
        <w:rPr>
          <w:rFonts w:cs="Arial"/>
          <w:lang w:val="de-DE"/>
        </w:rPr>
        <w:t>und gemeinwohlorientierte Organisationen die lokale Entwicklung und den</w:t>
      </w:r>
      <w:r w:rsidR="003163E1">
        <w:rPr>
          <w:rFonts w:cs="Arial"/>
          <w:lang w:val="de-DE"/>
        </w:rPr>
        <w:t xml:space="preserve"> gesellschaftlichen Zusammenhalt</w:t>
      </w:r>
      <w:r w:rsidRPr="00292914">
        <w:rPr>
          <w:rFonts w:cs="Arial"/>
          <w:lang w:val="de-DE"/>
        </w:rPr>
        <w:t>. Sie fördern Gemeinschaft, Teamgeist und soziale Verantwortung und leisten wichtige Beiträge zur Gesundheitsförderung und Bildung.</w:t>
      </w:r>
      <w:r w:rsidR="00483D39" w:rsidRPr="00483D39">
        <w:rPr>
          <w:rFonts w:cs="Arial"/>
          <w:lang w:val="de-DE"/>
        </w:rPr>
        <w:t xml:space="preserve"> </w:t>
      </w:r>
      <w:r w:rsidR="00483D39" w:rsidRPr="00292914">
        <w:rPr>
          <w:rFonts w:cs="Arial"/>
          <w:lang w:val="de-DE"/>
        </w:rPr>
        <w:t>Darüber hinaus stehen Sportvereine für Werte wie Fairness, Respekt und Inklusion, was nicht nur die lokale Gemeinschaft stärkt, sondern auch Kooperationspartnern positive Impulse bietet.</w:t>
      </w:r>
    </w:p>
    <w:p w14:paraId="0ECCC504" w14:textId="5FA8C831" w:rsidR="00292914" w:rsidRPr="006C6F43" w:rsidRDefault="50D6D139" w:rsidP="00DB1118">
      <w:pPr>
        <w:spacing w:before="0" w:after="100" w:line="360" w:lineRule="auto"/>
        <w:jc w:val="both"/>
        <w:rPr>
          <w:rFonts w:cs="Arial"/>
          <w:lang w:val="de-DE"/>
        </w:rPr>
      </w:pPr>
      <w:r w:rsidRPr="2C0E6D05">
        <w:rPr>
          <w:rFonts w:cs="Arial"/>
          <w:lang w:val="de-DE"/>
        </w:rPr>
        <w:t>Mit einem breiten Netzwerk aus Mitgliedern, Ehrenamtl</w:t>
      </w:r>
      <w:r w:rsidR="7E609B61" w:rsidRPr="2C0E6D05">
        <w:rPr>
          <w:rFonts w:cs="Arial"/>
          <w:lang w:val="de-DE"/>
        </w:rPr>
        <w:t>iche</w:t>
      </w:r>
      <w:r w:rsidRPr="2C0E6D05">
        <w:rPr>
          <w:rFonts w:cs="Arial"/>
          <w:lang w:val="de-DE"/>
        </w:rPr>
        <w:t xml:space="preserve"> und Sponsoren bieten Sportvereine vielfältige Kooperationsmöglichkeiten. Ihre etablierten Strukturen, professionelle Arbeitsweise und engagierten Mitglieder machen sie zu verlässlichen Partnern.</w:t>
      </w:r>
      <w:r w:rsidRPr="2C0E6D05">
        <w:rPr>
          <w:lang w:val="de-DE"/>
        </w:rPr>
        <w:t xml:space="preserve"> </w:t>
      </w:r>
      <w:r w:rsidRPr="2C0E6D05">
        <w:rPr>
          <w:rFonts w:cs="Arial"/>
          <w:lang w:val="de-DE"/>
        </w:rPr>
        <w:t>Dank ihrer vielfältigen Angebote sprechen Sportvereine unterschiedliche Zielgruppen an und fungieren zugleich als starkes Sprachrohr für gemeinsame Anliegen. Die Zusammenarbeit zwischen de</w:t>
      </w:r>
      <w:r w:rsidR="30147677" w:rsidRPr="2C0E6D05">
        <w:rPr>
          <w:rFonts w:cs="Arial"/>
          <w:lang w:val="de-DE"/>
        </w:rPr>
        <w:t xml:space="preserve">n Kooperationspartnern </w:t>
      </w:r>
      <w:r w:rsidRPr="2C0E6D05">
        <w:rPr>
          <w:rFonts w:cs="Arial"/>
          <w:lang w:val="de-DE"/>
        </w:rPr>
        <w:t>basiert auf gegenseitigem Respekt, Vertrauen und dem Ziel, nachhaltigen Mehrwert für alle Beteiligten zu schaffen. Diese Vereinbarung soll die Stärken beider Partner vereinen und eine Grundlage für langfristigen gemeinsamen Erfolg legen.</w:t>
      </w:r>
    </w:p>
    <w:p w14:paraId="4DDE0125" w14:textId="376DD197" w:rsidR="006E0D38" w:rsidRPr="00BD3827" w:rsidRDefault="00423F99" w:rsidP="00DD26C5">
      <w:pPr>
        <w:pStyle w:val="berschrift1"/>
        <w:spacing w:before="400"/>
        <w:jc w:val="center"/>
        <w:rPr>
          <w:rFonts w:ascii="Arial" w:hAnsi="Arial" w:cs="Arial"/>
          <w:color w:val="585858"/>
          <w:lang w:val="de-DE"/>
        </w:rPr>
      </w:pPr>
      <w:r>
        <w:rPr>
          <w:rFonts w:ascii="Arial" w:hAnsi="Arial" w:cs="Arial"/>
          <w:color w:val="0076B9"/>
          <w:lang w:val="de-DE"/>
        </w:rPr>
        <w:t xml:space="preserve">§ </w:t>
      </w:r>
      <w:r w:rsidR="00C95E84">
        <w:rPr>
          <w:rFonts w:ascii="Arial" w:hAnsi="Arial" w:cs="Arial"/>
          <w:color w:val="0076B9"/>
          <w:lang w:val="de-DE"/>
        </w:rPr>
        <w:t>1</w:t>
      </w:r>
      <w:r w:rsidR="00F44E49" w:rsidRPr="00BD3827">
        <w:rPr>
          <w:rFonts w:ascii="Arial" w:hAnsi="Arial" w:cs="Arial"/>
          <w:color w:val="0076B9"/>
          <w:lang w:val="de-DE"/>
        </w:rPr>
        <w:t xml:space="preserve"> Ziel und Zweck der Kooperation</w:t>
      </w:r>
    </w:p>
    <w:p w14:paraId="58DEBEAF" w14:textId="4191D7B3" w:rsidR="006E0D38" w:rsidRPr="00BD3827" w:rsidRDefault="00F44E49" w:rsidP="00DB1118">
      <w:pPr>
        <w:spacing w:line="360" w:lineRule="auto"/>
        <w:rPr>
          <w:rFonts w:cs="Arial"/>
          <w:lang w:val="de-DE"/>
        </w:rPr>
      </w:pPr>
      <w:r w:rsidRPr="00BD3827">
        <w:rPr>
          <w:rFonts w:cs="Arial"/>
          <w:lang w:val="de-DE"/>
        </w:rPr>
        <w:t xml:space="preserve">Ziel der Kooperation ist es, </w:t>
      </w:r>
      <w:r w:rsidR="00BD3827" w:rsidRPr="004B7B22">
        <w:rPr>
          <w:rFonts w:cs="Arial"/>
          <w:color w:val="BE8900"/>
          <w:lang w:val="de-DE"/>
        </w:rPr>
        <w:t>(</w:t>
      </w:r>
      <w:r w:rsidRPr="004B7B22">
        <w:rPr>
          <w:rFonts w:cs="Arial"/>
          <w:color w:val="BE8900"/>
          <w:lang w:val="de-DE"/>
        </w:rPr>
        <w:t>Ziel konkret benennen, z. B. Förderung des Jugendsports, Organisation gemeinsamer Veranstaltungen, Ausbau sportlicher Angebote, etc.</w:t>
      </w:r>
      <w:r w:rsidR="00BD3827" w:rsidRPr="004B7B22">
        <w:rPr>
          <w:rFonts w:cs="Arial"/>
          <w:color w:val="BE8900"/>
          <w:lang w:val="de-DE"/>
        </w:rPr>
        <w:t>)</w:t>
      </w:r>
      <w:r w:rsidRPr="004B7B22">
        <w:rPr>
          <w:rFonts w:cs="Arial"/>
          <w:color w:val="BE8900"/>
          <w:lang w:val="de-DE"/>
        </w:rPr>
        <w:t>.</w:t>
      </w:r>
    </w:p>
    <w:p w14:paraId="7404553B" w14:textId="2898DD9B" w:rsidR="006C6F43" w:rsidRPr="006C6F43" w:rsidRDefault="00F44E49" w:rsidP="00DB1118">
      <w:pPr>
        <w:spacing w:line="360" w:lineRule="auto"/>
        <w:rPr>
          <w:rFonts w:cs="Arial"/>
          <w:color w:val="F8B200"/>
          <w:lang w:val="de-DE"/>
        </w:rPr>
      </w:pPr>
      <w:r w:rsidRPr="00BD3827">
        <w:rPr>
          <w:rFonts w:cs="Arial"/>
          <w:lang w:val="de-DE"/>
        </w:rPr>
        <w:t xml:space="preserve">Die Kooperation dient insbesondere </w:t>
      </w:r>
      <w:r w:rsidR="00BD3827" w:rsidRPr="004B7B22">
        <w:rPr>
          <w:rFonts w:cs="Arial"/>
          <w:color w:val="BE8900"/>
          <w:lang w:val="de-DE"/>
        </w:rPr>
        <w:t>(</w:t>
      </w:r>
      <w:r w:rsidRPr="004B7B22">
        <w:rPr>
          <w:rFonts w:cs="Arial"/>
          <w:color w:val="BE8900"/>
          <w:lang w:val="de-DE"/>
        </w:rPr>
        <w:t>kurze Beschreibung des Zwecks</w:t>
      </w:r>
      <w:r w:rsidR="00BD3827" w:rsidRPr="004B7B22">
        <w:rPr>
          <w:rFonts w:cs="Arial"/>
          <w:color w:val="BE8900"/>
          <w:lang w:val="de-DE"/>
        </w:rPr>
        <w:t>)</w:t>
      </w:r>
      <w:r w:rsidRPr="004B7B22">
        <w:rPr>
          <w:rFonts w:cs="Arial"/>
          <w:color w:val="BE8900"/>
          <w:lang w:val="de-DE"/>
        </w:rPr>
        <w:t>.</w:t>
      </w:r>
    </w:p>
    <w:p w14:paraId="40AE64A7" w14:textId="43FC4A6F" w:rsidR="006E0D38" w:rsidRPr="00BD3827" w:rsidRDefault="00423F99" w:rsidP="00423F99">
      <w:pPr>
        <w:pStyle w:val="berschrift1"/>
        <w:jc w:val="center"/>
        <w:rPr>
          <w:rFonts w:ascii="Arial" w:hAnsi="Arial" w:cs="Arial"/>
          <w:color w:val="0076B9"/>
          <w:lang w:val="de-DE"/>
        </w:rPr>
      </w:pPr>
      <w:r>
        <w:rPr>
          <w:rFonts w:ascii="Arial" w:hAnsi="Arial" w:cs="Arial"/>
          <w:color w:val="0076B9"/>
          <w:lang w:val="de-DE"/>
        </w:rPr>
        <w:t xml:space="preserve">§ </w:t>
      </w:r>
      <w:r w:rsidR="00C95E84">
        <w:rPr>
          <w:rFonts w:ascii="Arial" w:hAnsi="Arial" w:cs="Arial"/>
          <w:color w:val="0076B9"/>
          <w:lang w:val="de-DE"/>
        </w:rPr>
        <w:t>2</w:t>
      </w:r>
      <w:r w:rsidR="00F44E49" w:rsidRPr="00BD3827">
        <w:rPr>
          <w:rFonts w:ascii="Arial" w:hAnsi="Arial" w:cs="Arial"/>
          <w:color w:val="0076B9"/>
          <w:lang w:val="de-DE"/>
        </w:rPr>
        <w:t xml:space="preserve"> Inhalte und Aufgabenbereiche</w:t>
      </w:r>
    </w:p>
    <w:p w14:paraId="7D583D58" w14:textId="77777777" w:rsidR="006E0D38" w:rsidRPr="00BD3827" w:rsidRDefault="00F44E49" w:rsidP="00DB1118">
      <w:pPr>
        <w:spacing w:line="360" w:lineRule="auto"/>
        <w:rPr>
          <w:rFonts w:cs="Arial"/>
          <w:lang w:val="de-DE"/>
        </w:rPr>
      </w:pPr>
      <w:r w:rsidRPr="00BD3827">
        <w:rPr>
          <w:rFonts w:cs="Arial"/>
          <w:lang w:val="de-DE"/>
        </w:rPr>
        <w:t>Die Kooperation umfasst folgende Bereiche:</w:t>
      </w:r>
    </w:p>
    <w:p w14:paraId="3D3661A3" w14:textId="64F4C404" w:rsidR="006E0D38" w:rsidRPr="004B7B22" w:rsidRDefault="00BD3827" w:rsidP="00DB1118">
      <w:pPr>
        <w:spacing w:line="360" w:lineRule="auto"/>
        <w:rPr>
          <w:rFonts w:cs="Arial"/>
          <w:color w:val="BE8900"/>
          <w:lang w:val="de-DE"/>
        </w:rPr>
      </w:pPr>
      <w:r w:rsidRPr="004B7B22">
        <w:rPr>
          <w:rFonts w:cs="Arial"/>
          <w:color w:val="BE8900"/>
          <w:lang w:val="de-DE"/>
        </w:rPr>
        <w:t>(</w:t>
      </w:r>
      <w:r w:rsidR="00F44E49" w:rsidRPr="004B7B22">
        <w:rPr>
          <w:rFonts w:cs="Arial"/>
          <w:color w:val="BE8900"/>
          <w:lang w:val="de-DE"/>
        </w:rPr>
        <w:t>Aufgabe/Projekt 1, z. B. Bereitstellung von Sportstätten</w:t>
      </w:r>
      <w:r w:rsidRPr="004B7B22">
        <w:rPr>
          <w:rFonts w:cs="Arial"/>
          <w:color w:val="BE8900"/>
          <w:lang w:val="de-DE"/>
        </w:rPr>
        <w:t>)</w:t>
      </w:r>
    </w:p>
    <w:p w14:paraId="6A4C900A" w14:textId="4196EF04" w:rsidR="006E0D38" w:rsidRPr="004B7B22" w:rsidRDefault="00BD3827" w:rsidP="00DB1118">
      <w:pPr>
        <w:spacing w:line="360" w:lineRule="auto"/>
        <w:rPr>
          <w:rFonts w:cs="Arial"/>
          <w:color w:val="BE8900"/>
          <w:lang w:val="de-DE"/>
        </w:rPr>
      </w:pPr>
      <w:r w:rsidRPr="004B7B22">
        <w:rPr>
          <w:rFonts w:cs="Arial"/>
          <w:color w:val="BE8900"/>
          <w:lang w:val="de-DE"/>
        </w:rPr>
        <w:t>(</w:t>
      </w:r>
      <w:r w:rsidR="00F44E49" w:rsidRPr="004B7B22">
        <w:rPr>
          <w:rFonts w:cs="Arial"/>
          <w:color w:val="BE8900"/>
          <w:lang w:val="de-DE"/>
        </w:rPr>
        <w:t xml:space="preserve">Aufgabe/Projekt 2, z. B. Organisation von </w:t>
      </w:r>
      <w:r w:rsidRPr="004B7B22">
        <w:rPr>
          <w:rFonts w:cs="Arial"/>
          <w:color w:val="BE8900"/>
          <w:lang w:val="de-DE"/>
        </w:rPr>
        <w:t>Bewegungseinheiten in Mittagspausen bei Unternehmen XY per Videokonferenz)</w:t>
      </w:r>
    </w:p>
    <w:p w14:paraId="163ECA12" w14:textId="1CE608C2" w:rsidR="006E0D38" w:rsidRPr="004B7B22" w:rsidRDefault="00BD3827" w:rsidP="00DB1118">
      <w:pPr>
        <w:spacing w:line="360" w:lineRule="auto"/>
        <w:rPr>
          <w:rFonts w:cs="Arial"/>
          <w:color w:val="BE8900"/>
          <w:lang w:val="de-DE"/>
        </w:rPr>
      </w:pPr>
      <w:r w:rsidRPr="004B7B22">
        <w:rPr>
          <w:rFonts w:cs="Arial"/>
          <w:color w:val="BE8900"/>
          <w:lang w:val="de-DE"/>
        </w:rPr>
        <w:t>(</w:t>
      </w:r>
      <w:r w:rsidR="00F44E49" w:rsidRPr="004B7B22">
        <w:rPr>
          <w:rFonts w:cs="Arial"/>
          <w:color w:val="BE8900"/>
          <w:lang w:val="de-DE"/>
        </w:rPr>
        <w:t>weitere Inhalte und Aufgabenbereiche</w:t>
      </w:r>
      <w:r w:rsidRPr="004B7B22">
        <w:rPr>
          <w:rFonts w:cs="Arial"/>
          <w:color w:val="BE8900"/>
          <w:lang w:val="de-DE"/>
        </w:rPr>
        <w:t>)</w:t>
      </w:r>
      <w:r w:rsidR="00F44E49" w:rsidRPr="004B7B22">
        <w:rPr>
          <w:rFonts w:cs="Arial"/>
          <w:color w:val="BE8900"/>
          <w:lang w:val="de-DE"/>
        </w:rPr>
        <w:t>.</w:t>
      </w:r>
    </w:p>
    <w:p w14:paraId="0A468BA0" w14:textId="77777777" w:rsidR="00CE4AA9" w:rsidRDefault="00CE4AA9" w:rsidP="00DB1118">
      <w:pPr>
        <w:spacing w:line="360" w:lineRule="auto"/>
        <w:rPr>
          <w:rFonts w:cs="Arial"/>
          <w:color w:val="F8B200"/>
          <w:lang w:val="de-DE"/>
        </w:rPr>
        <w:sectPr w:rsidR="00CE4AA9" w:rsidSect="00034616">
          <w:footerReference w:type="default" r:id="rId9"/>
          <w:pgSz w:w="12240" w:h="15840"/>
          <w:pgMar w:top="1440" w:right="1800" w:bottom="1440" w:left="1800" w:header="720" w:footer="720" w:gutter="0"/>
          <w:cols w:space="720"/>
          <w:docGrid w:linePitch="360"/>
        </w:sectPr>
      </w:pPr>
    </w:p>
    <w:p w14:paraId="01DAC060" w14:textId="02FE44DE" w:rsidR="006E0D38" w:rsidRPr="00BD3827" w:rsidRDefault="00423F99" w:rsidP="00423F99">
      <w:pPr>
        <w:pStyle w:val="berschrift1"/>
        <w:jc w:val="center"/>
        <w:rPr>
          <w:rFonts w:ascii="Arial" w:hAnsi="Arial" w:cs="Arial"/>
          <w:color w:val="0076B9"/>
          <w:lang w:val="de-DE"/>
        </w:rPr>
      </w:pPr>
      <w:r>
        <w:rPr>
          <w:rFonts w:ascii="Arial" w:hAnsi="Arial" w:cs="Arial"/>
          <w:color w:val="0076B9"/>
          <w:lang w:val="de-DE"/>
        </w:rPr>
        <w:lastRenderedPageBreak/>
        <w:t xml:space="preserve">§ </w:t>
      </w:r>
      <w:r w:rsidR="00C95E84">
        <w:rPr>
          <w:rFonts w:ascii="Arial" w:hAnsi="Arial" w:cs="Arial"/>
          <w:color w:val="0076B9"/>
          <w:lang w:val="de-DE"/>
        </w:rPr>
        <w:t>3</w:t>
      </w:r>
      <w:r w:rsidR="00F44E49" w:rsidRPr="00BD3827">
        <w:rPr>
          <w:rFonts w:ascii="Arial" w:hAnsi="Arial" w:cs="Arial"/>
          <w:color w:val="0076B9"/>
          <w:lang w:val="de-DE"/>
        </w:rPr>
        <w:t xml:space="preserve"> Verteilung der Zuständigkeiten</w:t>
      </w:r>
    </w:p>
    <w:p w14:paraId="4012E051" w14:textId="13FA65E3" w:rsidR="006E0D38" w:rsidRPr="004B7B22" w:rsidRDefault="00F44E49" w:rsidP="00DB1118">
      <w:pPr>
        <w:spacing w:line="360" w:lineRule="auto"/>
        <w:rPr>
          <w:rFonts w:cs="Arial"/>
          <w:color w:val="BE8900"/>
          <w:lang w:val="de-DE"/>
        </w:rPr>
      </w:pPr>
      <w:r w:rsidRPr="00BD3827">
        <w:rPr>
          <w:rFonts w:cs="Arial"/>
          <w:lang w:val="de-DE"/>
        </w:rPr>
        <w:t xml:space="preserve">Der Sportverein übernimmt: </w:t>
      </w:r>
      <w:r w:rsidR="00BD3827" w:rsidRPr="004B7B22">
        <w:rPr>
          <w:rFonts w:cs="Arial"/>
          <w:color w:val="BE8900"/>
          <w:lang w:val="de-DE"/>
        </w:rPr>
        <w:t>(</w:t>
      </w:r>
      <w:r w:rsidRPr="004B7B22">
        <w:rPr>
          <w:rFonts w:cs="Arial"/>
          <w:color w:val="BE8900"/>
          <w:lang w:val="de-DE"/>
        </w:rPr>
        <w:t>Aufgaben auflisten, z. B. Organisation von Trainerressourcen</w:t>
      </w:r>
      <w:r w:rsidR="00BD3827" w:rsidRPr="004B7B22">
        <w:rPr>
          <w:rFonts w:cs="Arial"/>
          <w:color w:val="BE8900"/>
          <w:lang w:val="de-DE"/>
        </w:rPr>
        <w:t>)</w:t>
      </w:r>
      <w:r w:rsidRPr="004B7B22">
        <w:rPr>
          <w:rFonts w:cs="Arial"/>
          <w:color w:val="BE8900"/>
          <w:lang w:val="de-DE"/>
        </w:rPr>
        <w:t>.</w:t>
      </w:r>
    </w:p>
    <w:p w14:paraId="344C4375" w14:textId="77777777" w:rsidR="00F9185D" w:rsidRPr="004B7B22" w:rsidRDefault="50D6D139" w:rsidP="00DB1118">
      <w:pPr>
        <w:spacing w:line="360" w:lineRule="auto"/>
        <w:rPr>
          <w:rFonts w:asciiTheme="minorHAnsi" w:hAnsiTheme="minorHAnsi"/>
          <w:color w:val="BE8900"/>
          <w:szCs w:val="20"/>
          <w:lang w:val="de-DE"/>
        </w:rPr>
      </w:pPr>
      <w:r w:rsidRPr="2C0E6D05">
        <w:rPr>
          <w:rFonts w:cs="Arial"/>
          <w:lang w:val="de-DE"/>
        </w:rPr>
        <w:t xml:space="preserve">Der Kooperationspartner übernimmt: </w:t>
      </w:r>
      <w:r w:rsidRPr="004B7B22">
        <w:rPr>
          <w:rFonts w:asciiTheme="minorHAnsi" w:hAnsiTheme="minorHAnsi"/>
          <w:color w:val="BE8900"/>
          <w:szCs w:val="20"/>
          <w:lang w:val="de-DE"/>
        </w:rPr>
        <w:t>[Aufgaben auflisten, z. B. finanzielle Unterstützung</w:t>
      </w:r>
      <w:r w:rsidR="03062CCA" w:rsidRPr="004B7B22">
        <w:rPr>
          <w:rFonts w:asciiTheme="minorHAnsi" w:hAnsiTheme="minorHAnsi"/>
          <w:color w:val="BE8900"/>
          <w:szCs w:val="20"/>
          <w:lang w:val="de-DE"/>
        </w:rPr>
        <w:t xml:space="preserve"> oder </w:t>
      </w:r>
      <w:r w:rsidRPr="004B7B22">
        <w:rPr>
          <w:rFonts w:asciiTheme="minorHAnsi" w:hAnsiTheme="minorHAnsi"/>
          <w:color w:val="BE8900"/>
          <w:szCs w:val="20"/>
          <w:lang w:val="de-DE"/>
        </w:rPr>
        <w:t>Logistik]</w:t>
      </w:r>
      <w:r w:rsidR="002B2F2F" w:rsidRPr="004B7B22">
        <w:rPr>
          <w:rFonts w:asciiTheme="minorHAnsi" w:hAnsiTheme="minorHAnsi"/>
          <w:color w:val="BE8900"/>
          <w:szCs w:val="20"/>
          <w:lang w:val="de-DE"/>
        </w:rPr>
        <w:t>.</w:t>
      </w:r>
    </w:p>
    <w:p w14:paraId="06E1136C" w14:textId="6206A747" w:rsidR="50D6D139" w:rsidRPr="004B7B22" w:rsidRDefault="002B2F2F" w:rsidP="00DB1118">
      <w:pPr>
        <w:spacing w:line="360" w:lineRule="auto"/>
        <w:rPr>
          <w:rFonts w:cs="Arial"/>
          <w:color w:val="BE8900"/>
          <w:szCs w:val="20"/>
          <w:lang w:val="de-DE"/>
        </w:rPr>
      </w:pPr>
      <w:r w:rsidRPr="004B7B22">
        <w:rPr>
          <w:rFonts w:cs="Arial"/>
          <w:color w:val="BE8900"/>
          <w:szCs w:val="20"/>
          <w:lang w:val="de-DE"/>
        </w:rPr>
        <w:t xml:space="preserve"> </w:t>
      </w:r>
      <w:r w:rsidR="50D53CB9" w:rsidRPr="004B7B22">
        <w:rPr>
          <w:rFonts w:cs="Arial"/>
          <w:i/>
          <w:iCs/>
          <w:color w:val="BE8900"/>
          <w:szCs w:val="20"/>
          <w:lang w:val="de-DE"/>
        </w:rPr>
        <w:t>Außerdem g</w:t>
      </w:r>
      <w:r w:rsidR="55818941" w:rsidRPr="004B7B22">
        <w:rPr>
          <w:rFonts w:cs="Arial"/>
          <w:i/>
          <w:iCs/>
          <w:color w:val="BE8900"/>
          <w:szCs w:val="20"/>
          <w:lang w:val="de-DE"/>
        </w:rPr>
        <w:t xml:space="preserve">gf. </w:t>
      </w:r>
      <w:r w:rsidR="151F04AC" w:rsidRPr="004B7B22">
        <w:rPr>
          <w:rFonts w:cs="Arial"/>
          <w:i/>
          <w:iCs/>
          <w:color w:val="BE8900"/>
          <w:szCs w:val="20"/>
          <w:lang w:val="de-DE"/>
        </w:rPr>
        <w:t>b</w:t>
      </w:r>
      <w:r w:rsidR="55818941" w:rsidRPr="004B7B22">
        <w:rPr>
          <w:rFonts w:cs="Arial"/>
          <w:i/>
          <w:iCs/>
          <w:color w:val="BE8900"/>
          <w:szCs w:val="20"/>
          <w:lang w:val="de-DE"/>
        </w:rPr>
        <w:t>eiderseitige Zuständigkeiten und Wege zur Abs</w:t>
      </w:r>
      <w:r w:rsidR="23743A70" w:rsidRPr="004B7B22">
        <w:rPr>
          <w:rFonts w:cs="Arial"/>
          <w:i/>
          <w:iCs/>
          <w:color w:val="BE8900"/>
          <w:szCs w:val="20"/>
          <w:lang w:val="de-DE"/>
        </w:rPr>
        <w:t>p</w:t>
      </w:r>
      <w:r w:rsidR="55818941" w:rsidRPr="004B7B22">
        <w:rPr>
          <w:rFonts w:cs="Arial"/>
          <w:i/>
          <w:iCs/>
          <w:color w:val="BE8900"/>
          <w:szCs w:val="20"/>
          <w:lang w:val="de-DE"/>
        </w:rPr>
        <w:t xml:space="preserve">rache untereinander </w:t>
      </w:r>
      <w:proofErr w:type="gramStart"/>
      <w:r w:rsidR="55818941" w:rsidRPr="004B7B22">
        <w:rPr>
          <w:rFonts w:cs="Arial"/>
          <w:i/>
          <w:iCs/>
          <w:color w:val="BE8900"/>
          <w:szCs w:val="20"/>
          <w:lang w:val="de-DE"/>
        </w:rPr>
        <w:t>klären</w:t>
      </w:r>
      <w:r w:rsidR="72CE9A29" w:rsidRPr="004B7B22">
        <w:rPr>
          <w:rFonts w:cs="Arial"/>
          <w:i/>
          <w:iCs/>
          <w:color w:val="BE8900"/>
          <w:szCs w:val="20"/>
          <w:lang w:val="de-DE"/>
        </w:rPr>
        <w:t>.</w:t>
      </w:r>
      <w:r w:rsidR="00476889" w:rsidRPr="004B7B22">
        <w:rPr>
          <w:rFonts w:cs="Arial"/>
          <w:i/>
          <w:iCs/>
          <w:color w:val="BE8900"/>
          <w:szCs w:val="20"/>
          <w:lang w:val="de-DE"/>
        </w:rPr>
        <w:t>*</w:t>
      </w:r>
      <w:proofErr w:type="gramEnd"/>
      <w:r w:rsidR="00476889" w:rsidRPr="004B7B22">
        <w:rPr>
          <w:rFonts w:cs="Arial"/>
          <w:i/>
          <w:iCs/>
          <w:color w:val="BE8900"/>
          <w:szCs w:val="20"/>
          <w:lang w:val="de-DE"/>
        </w:rPr>
        <w:t xml:space="preserve"> </w:t>
      </w:r>
    </w:p>
    <w:p w14:paraId="069A6601" w14:textId="579D3021" w:rsidR="006E0D38" w:rsidRPr="00BD3827" w:rsidRDefault="00423F99" w:rsidP="00423F99">
      <w:pPr>
        <w:pStyle w:val="berschrift1"/>
        <w:jc w:val="center"/>
        <w:rPr>
          <w:rFonts w:ascii="Arial" w:hAnsi="Arial" w:cs="Arial"/>
          <w:color w:val="0076B9"/>
          <w:lang w:val="de-DE"/>
        </w:rPr>
      </w:pPr>
      <w:r>
        <w:rPr>
          <w:rFonts w:ascii="Arial" w:hAnsi="Arial" w:cs="Arial"/>
          <w:color w:val="0076B9"/>
          <w:lang w:val="de-DE"/>
        </w:rPr>
        <w:t>§ 4</w:t>
      </w:r>
      <w:r w:rsidR="00F44E49" w:rsidRPr="00BD3827">
        <w:rPr>
          <w:rFonts w:ascii="Arial" w:hAnsi="Arial" w:cs="Arial"/>
          <w:color w:val="0076B9"/>
          <w:lang w:val="de-DE"/>
        </w:rPr>
        <w:t xml:space="preserve"> Ressourcen und Beitrag der Kooperationspartner</w:t>
      </w:r>
    </w:p>
    <w:p w14:paraId="6C47DE9F" w14:textId="77777777" w:rsidR="006E0D38" w:rsidRPr="00BD3827" w:rsidRDefault="00F44E49" w:rsidP="00DB1118">
      <w:pPr>
        <w:spacing w:line="360" w:lineRule="auto"/>
        <w:rPr>
          <w:rFonts w:cs="Arial"/>
          <w:lang w:val="de-DE"/>
        </w:rPr>
      </w:pPr>
      <w:r w:rsidRPr="00BD3827">
        <w:rPr>
          <w:rFonts w:cs="Arial"/>
          <w:lang w:val="de-DE"/>
        </w:rPr>
        <w:t>Die Partner bringen folgende Ressourcen in die Kooperation ein:</w:t>
      </w:r>
    </w:p>
    <w:p w14:paraId="1C3464B0" w14:textId="02BAB182" w:rsidR="006E0D38" w:rsidRPr="00BD3827" w:rsidRDefault="00F44E49" w:rsidP="00DB1118">
      <w:pPr>
        <w:spacing w:line="360" w:lineRule="auto"/>
        <w:rPr>
          <w:rFonts w:cs="Arial"/>
          <w:lang w:val="de-DE"/>
        </w:rPr>
      </w:pPr>
      <w:r w:rsidRPr="00BD3827">
        <w:rPr>
          <w:rFonts w:cs="Arial"/>
          <w:lang w:val="de-DE"/>
        </w:rPr>
        <w:t xml:space="preserve">Sportverein: </w:t>
      </w:r>
      <w:r w:rsidR="00BD3827" w:rsidRPr="004B7B22">
        <w:rPr>
          <w:rFonts w:cs="Arial"/>
          <w:color w:val="BE8900"/>
          <w:lang w:val="de-DE"/>
        </w:rPr>
        <w:t>(</w:t>
      </w:r>
      <w:r w:rsidRPr="004B7B22">
        <w:rPr>
          <w:rFonts w:cs="Arial"/>
          <w:color w:val="BE8900"/>
          <w:lang w:val="de-DE"/>
        </w:rPr>
        <w:t>z. B. Personal, Ausrüstung, Infrastruktur</w:t>
      </w:r>
      <w:r w:rsidR="00BD3827" w:rsidRPr="004B7B22">
        <w:rPr>
          <w:rFonts w:cs="Arial"/>
          <w:color w:val="BE8900"/>
          <w:lang w:val="de-DE"/>
        </w:rPr>
        <w:t>)</w:t>
      </w:r>
      <w:r w:rsidRPr="004B7B22">
        <w:rPr>
          <w:rFonts w:cs="Arial"/>
          <w:color w:val="BE8900"/>
          <w:lang w:val="de-DE"/>
        </w:rPr>
        <w:t>.</w:t>
      </w:r>
    </w:p>
    <w:p w14:paraId="4CFD2AF6" w14:textId="77777777" w:rsidR="00CE4AA9" w:rsidRPr="004B7B22" w:rsidRDefault="00F44E49" w:rsidP="00DB1118">
      <w:pPr>
        <w:spacing w:line="360" w:lineRule="auto"/>
        <w:rPr>
          <w:rFonts w:cs="Arial"/>
          <w:color w:val="BE8900"/>
          <w:lang w:val="de-DE"/>
        </w:rPr>
      </w:pPr>
      <w:r w:rsidRPr="00BD3827">
        <w:rPr>
          <w:rFonts w:cs="Arial"/>
          <w:lang w:val="de-DE"/>
        </w:rPr>
        <w:t xml:space="preserve">Kooperationspartner: </w:t>
      </w:r>
      <w:r w:rsidR="00BD3827" w:rsidRPr="004B7B22">
        <w:rPr>
          <w:rFonts w:cs="Arial"/>
          <w:color w:val="BE8900"/>
          <w:lang w:val="de-DE"/>
        </w:rPr>
        <w:t>(</w:t>
      </w:r>
      <w:r w:rsidRPr="004B7B22">
        <w:rPr>
          <w:rFonts w:cs="Arial"/>
          <w:color w:val="BE8900"/>
          <w:lang w:val="de-DE"/>
        </w:rPr>
        <w:t>z. B. finanzielle Mittel, Sachleistungen, Know-how</w:t>
      </w:r>
      <w:r w:rsidR="00BD3827" w:rsidRPr="004B7B22">
        <w:rPr>
          <w:rFonts w:cs="Arial"/>
          <w:color w:val="BE8900"/>
          <w:lang w:val="de-DE"/>
        </w:rPr>
        <w:t>)</w:t>
      </w:r>
      <w:r w:rsidRPr="004B7B22">
        <w:rPr>
          <w:rFonts w:cs="Arial"/>
          <w:color w:val="BE8900"/>
          <w:lang w:val="de-DE"/>
        </w:rPr>
        <w:t>.</w:t>
      </w:r>
    </w:p>
    <w:p w14:paraId="10B119ED" w14:textId="77777777" w:rsidR="00CE4AA9" w:rsidRDefault="00CE4AA9" w:rsidP="00DB1118">
      <w:pPr>
        <w:spacing w:line="360" w:lineRule="auto"/>
        <w:rPr>
          <w:rFonts w:cs="Arial"/>
          <w:color w:val="F8B200"/>
          <w:lang w:val="de-DE"/>
        </w:rPr>
      </w:pPr>
    </w:p>
    <w:p w14:paraId="354211BB" w14:textId="27660A97" w:rsidR="006E0D38" w:rsidRPr="00BD3827" w:rsidRDefault="00DB1118" w:rsidP="00CE4AA9">
      <w:pPr>
        <w:pStyle w:val="berschrift1"/>
        <w:jc w:val="center"/>
        <w:rPr>
          <w:rFonts w:ascii="Arial" w:hAnsi="Arial" w:cs="Arial"/>
          <w:color w:val="0076B9"/>
          <w:lang w:val="de-DE"/>
        </w:rPr>
      </w:pPr>
      <w:r>
        <w:rPr>
          <w:rFonts w:ascii="Arial" w:hAnsi="Arial" w:cs="Arial"/>
          <w:color w:val="0076B9"/>
          <w:lang w:val="de-DE"/>
        </w:rPr>
        <w:t xml:space="preserve"> </w:t>
      </w:r>
      <w:r w:rsidR="00C95E84">
        <w:rPr>
          <w:rFonts w:ascii="Arial" w:hAnsi="Arial" w:cs="Arial"/>
          <w:color w:val="0076B9"/>
          <w:lang w:val="de-DE"/>
        </w:rPr>
        <w:t>5</w:t>
      </w:r>
      <w:r w:rsidR="00F44E49" w:rsidRPr="00BD3827">
        <w:rPr>
          <w:rFonts w:ascii="Arial" w:hAnsi="Arial" w:cs="Arial"/>
          <w:color w:val="0076B9"/>
          <w:lang w:val="de-DE"/>
        </w:rPr>
        <w:t xml:space="preserve"> Rechte und Pflichten der Kooperationspartner</w:t>
      </w:r>
    </w:p>
    <w:p w14:paraId="42AF05BB" w14:textId="36E94A39" w:rsidR="006E0D38" w:rsidRPr="00BD3827" w:rsidRDefault="00F44E49" w:rsidP="00DB1118">
      <w:pPr>
        <w:spacing w:line="360" w:lineRule="auto"/>
        <w:rPr>
          <w:rFonts w:cs="Arial"/>
          <w:lang w:val="de-DE"/>
        </w:rPr>
      </w:pPr>
      <w:r w:rsidRPr="00BD3827">
        <w:rPr>
          <w:rFonts w:cs="Arial"/>
          <w:lang w:val="de-DE"/>
        </w:rPr>
        <w:t xml:space="preserve">Der Sportverein hat das Recht auf </w:t>
      </w:r>
      <w:r w:rsidR="00BD3827" w:rsidRPr="004B7B22">
        <w:rPr>
          <w:rFonts w:cs="Arial"/>
          <w:color w:val="BE8900"/>
          <w:lang w:val="de-DE"/>
        </w:rPr>
        <w:t>(</w:t>
      </w:r>
      <w:r w:rsidRPr="004B7B22">
        <w:rPr>
          <w:rFonts w:cs="Arial"/>
          <w:color w:val="BE8900"/>
          <w:lang w:val="de-DE"/>
        </w:rPr>
        <w:t>Rechte nennen, z. B. Nutzung der bereitgestellten Mittel</w:t>
      </w:r>
      <w:r w:rsidR="00BD3827" w:rsidRPr="004B7B22">
        <w:rPr>
          <w:rFonts w:cs="Arial"/>
          <w:color w:val="BE8900"/>
          <w:lang w:val="de-DE"/>
        </w:rPr>
        <w:t>)</w:t>
      </w:r>
      <w:r w:rsidRPr="004B7B22">
        <w:rPr>
          <w:rFonts w:cs="Arial"/>
          <w:color w:val="BE8900"/>
          <w:lang w:val="de-DE"/>
        </w:rPr>
        <w:t>.</w:t>
      </w:r>
    </w:p>
    <w:p w14:paraId="4F7BA5C2" w14:textId="3CB3A8E3" w:rsidR="006E0D38" w:rsidRPr="00BD3827" w:rsidRDefault="00F44E49" w:rsidP="00DB1118">
      <w:pPr>
        <w:spacing w:line="360" w:lineRule="auto"/>
        <w:rPr>
          <w:rFonts w:cs="Arial"/>
          <w:lang w:val="de-DE"/>
        </w:rPr>
      </w:pPr>
      <w:r w:rsidRPr="00BD3827">
        <w:rPr>
          <w:rFonts w:cs="Arial"/>
          <w:lang w:val="de-DE"/>
        </w:rPr>
        <w:t xml:space="preserve">Der Kooperationspartner hat das Recht auf </w:t>
      </w:r>
      <w:r w:rsidR="00BD3827" w:rsidRPr="004B7B22">
        <w:rPr>
          <w:rFonts w:cs="Arial"/>
          <w:color w:val="BE8900"/>
          <w:lang w:val="de-DE"/>
        </w:rPr>
        <w:t>(</w:t>
      </w:r>
      <w:r w:rsidRPr="004B7B22">
        <w:rPr>
          <w:rFonts w:cs="Arial"/>
          <w:color w:val="BE8900"/>
          <w:lang w:val="de-DE"/>
        </w:rPr>
        <w:t>Rechte nennen, z. B. Mitspracherecht bei Entscheidungsprozessen</w:t>
      </w:r>
      <w:r w:rsidR="00BD3827" w:rsidRPr="004B7B22">
        <w:rPr>
          <w:rFonts w:cs="Arial"/>
          <w:color w:val="BE8900"/>
          <w:lang w:val="de-DE"/>
        </w:rPr>
        <w:t>)</w:t>
      </w:r>
      <w:r w:rsidRPr="004B7B22">
        <w:rPr>
          <w:rFonts w:cs="Arial"/>
          <w:color w:val="BE8900"/>
          <w:lang w:val="de-DE"/>
        </w:rPr>
        <w:t>.</w:t>
      </w:r>
    </w:p>
    <w:p w14:paraId="5592E09D" w14:textId="7BD5AF32" w:rsidR="006E0D38" w:rsidRPr="004B7B22" w:rsidRDefault="00F44E49" w:rsidP="00DB1118">
      <w:pPr>
        <w:spacing w:line="360" w:lineRule="auto"/>
        <w:rPr>
          <w:rFonts w:cs="Arial"/>
          <w:color w:val="BE8900"/>
          <w:lang w:val="de-DE"/>
        </w:rPr>
      </w:pPr>
      <w:r w:rsidRPr="00BD3827">
        <w:rPr>
          <w:rFonts w:cs="Arial"/>
          <w:lang w:val="de-DE"/>
        </w:rPr>
        <w:t xml:space="preserve">Beide Partner verpflichten sich zu </w:t>
      </w:r>
      <w:r w:rsidR="00BD3827" w:rsidRPr="004B7B22">
        <w:rPr>
          <w:rFonts w:cs="Arial"/>
          <w:color w:val="BE8900"/>
          <w:lang w:val="de-DE"/>
        </w:rPr>
        <w:t>(</w:t>
      </w:r>
      <w:r w:rsidRPr="004B7B22">
        <w:rPr>
          <w:rFonts w:cs="Arial"/>
          <w:color w:val="BE8900"/>
          <w:lang w:val="de-DE"/>
        </w:rPr>
        <w:t>Pflichten benennen, z. B. Einhaltung von Fristen, Dokumentation von Ergebnissen</w:t>
      </w:r>
      <w:r w:rsidR="00BD3827" w:rsidRPr="004B7B22">
        <w:rPr>
          <w:rFonts w:cs="Arial"/>
          <w:color w:val="BE8900"/>
          <w:lang w:val="de-DE"/>
        </w:rPr>
        <w:t>)</w:t>
      </w:r>
      <w:r w:rsidRPr="004B7B22">
        <w:rPr>
          <w:rFonts w:cs="Arial"/>
          <w:color w:val="BE8900"/>
          <w:lang w:val="de-DE"/>
        </w:rPr>
        <w:t>.</w:t>
      </w:r>
    </w:p>
    <w:p w14:paraId="7EBFB867" w14:textId="244F5341" w:rsidR="006E0D38" w:rsidRPr="00BD3827" w:rsidRDefault="00C13CE6" w:rsidP="00423F99">
      <w:pPr>
        <w:pStyle w:val="berschrift1"/>
        <w:jc w:val="center"/>
        <w:rPr>
          <w:rFonts w:ascii="Arial" w:hAnsi="Arial" w:cs="Arial"/>
          <w:color w:val="0076B9"/>
          <w:lang w:val="de-DE"/>
        </w:rPr>
      </w:pPr>
      <w:r>
        <w:rPr>
          <w:rFonts w:ascii="Arial" w:hAnsi="Arial" w:cs="Arial"/>
          <w:color w:val="0076B9"/>
          <w:lang w:val="de-DE"/>
        </w:rPr>
        <w:t>§ 6</w:t>
      </w:r>
      <w:r w:rsidR="00F44E49" w:rsidRPr="00BD3827">
        <w:rPr>
          <w:rFonts w:ascii="Arial" w:hAnsi="Arial" w:cs="Arial"/>
          <w:color w:val="0076B9"/>
          <w:lang w:val="de-DE"/>
        </w:rPr>
        <w:t xml:space="preserve"> Entscheidungsprozesse</w:t>
      </w:r>
    </w:p>
    <w:p w14:paraId="1C1251AA" w14:textId="60585F97" w:rsidR="006E0D38" w:rsidRPr="00BD3827" w:rsidRDefault="50D6D139" w:rsidP="00DB1118">
      <w:pPr>
        <w:spacing w:line="360" w:lineRule="auto"/>
        <w:rPr>
          <w:rFonts w:cs="Arial"/>
          <w:lang w:val="de-DE"/>
        </w:rPr>
      </w:pPr>
      <w:r w:rsidRPr="1D5CBEB8">
        <w:rPr>
          <w:rFonts w:cs="Arial"/>
          <w:lang w:val="de-DE"/>
        </w:rPr>
        <w:t>Die Entscheidungsfindung erfolgt in regelmäßigen</w:t>
      </w:r>
      <w:r w:rsidR="4A4495B8" w:rsidRPr="1D5CBEB8">
        <w:rPr>
          <w:rFonts w:cs="Arial"/>
          <w:lang w:val="de-DE"/>
        </w:rPr>
        <w:t xml:space="preserve"> Austa</w:t>
      </w:r>
      <w:r w:rsidR="78ED4A80" w:rsidRPr="1D5CBEB8">
        <w:rPr>
          <w:rFonts w:cs="Arial"/>
          <w:lang w:val="de-DE"/>
        </w:rPr>
        <w:t>u</w:t>
      </w:r>
      <w:r w:rsidR="4A4495B8" w:rsidRPr="1D5CBEB8">
        <w:rPr>
          <w:rFonts w:cs="Arial"/>
          <w:lang w:val="de-DE"/>
        </w:rPr>
        <w:t>schgesprächen</w:t>
      </w:r>
      <w:r w:rsidRPr="1D5CBEB8">
        <w:rPr>
          <w:rFonts w:cs="Arial"/>
          <w:lang w:val="de-DE"/>
        </w:rPr>
        <w:t>.</w:t>
      </w:r>
    </w:p>
    <w:p w14:paraId="05D39F2F" w14:textId="56B9DC9C" w:rsidR="006E0D38" w:rsidRPr="00BD3827" w:rsidRDefault="00F44E49" w:rsidP="00DB1118">
      <w:pPr>
        <w:spacing w:line="360" w:lineRule="auto"/>
        <w:rPr>
          <w:rFonts w:cs="Arial"/>
          <w:color w:val="F8B200"/>
          <w:lang w:val="de-DE"/>
        </w:rPr>
      </w:pPr>
      <w:r w:rsidRPr="00BD3827">
        <w:rPr>
          <w:rFonts w:cs="Arial"/>
          <w:lang w:val="de-DE"/>
        </w:rPr>
        <w:t xml:space="preserve">Entscheidungsorgan: </w:t>
      </w:r>
      <w:r w:rsidR="00BD3827" w:rsidRPr="004B7B22">
        <w:rPr>
          <w:rFonts w:cs="Arial"/>
          <w:color w:val="BE8900"/>
          <w:lang w:val="de-DE"/>
        </w:rPr>
        <w:t>(</w:t>
      </w:r>
      <w:r w:rsidRPr="004B7B22">
        <w:rPr>
          <w:rFonts w:cs="Arial"/>
          <w:color w:val="BE8900"/>
          <w:lang w:val="de-DE"/>
        </w:rPr>
        <w:t>z. B. gemeinsamer Kooperationsausschuss</w:t>
      </w:r>
      <w:r w:rsidR="00BD3827" w:rsidRPr="004B7B22">
        <w:rPr>
          <w:rFonts w:cs="Arial"/>
          <w:color w:val="BE8900"/>
          <w:lang w:val="de-DE"/>
        </w:rPr>
        <w:t>)</w:t>
      </w:r>
      <w:r w:rsidRPr="004B7B22">
        <w:rPr>
          <w:rFonts w:cs="Arial"/>
          <w:color w:val="BE8900"/>
          <w:lang w:val="de-DE"/>
        </w:rPr>
        <w:t>.</w:t>
      </w:r>
    </w:p>
    <w:p w14:paraId="228E78EF" w14:textId="4F7F96A1" w:rsidR="006E0D38" w:rsidRPr="004B7B22" w:rsidRDefault="00F44E49" w:rsidP="00DB1118">
      <w:pPr>
        <w:spacing w:line="360" w:lineRule="auto"/>
        <w:rPr>
          <w:rFonts w:cs="Arial"/>
          <w:color w:val="BE8900"/>
          <w:lang w:val="de-DE"/>
        </w:rPr>
      </w:pPr>
      <w:r w:rsidRPr="00BD3827">
        <w:rPr>
          <w:rFonts w:cs="Arial"/>
          <w:lang w:val="de-DE"/>
        </w:rPr>
        <w:t xml:space="preserve">Häufigkeit der Meetings: </w:t>
      </w:r>
      <w:r w:rsidR="00BD3827" w:rsidRPr="004B7B22">
        <w:rPr>
          <w:rFonts w:cs="Arial"/>
          <w:color w:val="BE8900"/>
          <w:lang w:val="de-DE"/>
        </w:rPr>
        <w:t>(</w:t>
      </w:r>
      <w:r w:rsidRPr="004B7B22">
        <w:rPr>
          <w:rFonts w:cs="Arial"/>
          <w:color w:val="BE8900"/>
          <w:lang w:val="de-DE"/>
        </w:rPr>
        <w:t>z. B. monatlich</w:t>
      </w:r>
      <w:r w:rsidR="00BD3827" w:rsidRPr="004B7B22">
        <w:rPr>
          <w:rFonts w:cs="Arial"/>
          <w:color w:val="BE8900"/>
          <w:lang w:val="de-DE"/>
        </w:rPr>
        <w:t xml:space="preserve"> oder quartalsweise)</w:t>
      </w:r>
      <w:r w:rsidRPr="004B7B22">
        <w:rPr>
          <w:rFonts w:cs="Arial"/>
          <w:color w:val="BE8900"/>
          <w:lang w:val="de-DE"/>
        </w:rPr>
        <w:t>.</w:t>
      </w:r>
    </w:p>
    <w:p w14:paraId="0DA6BF6F" w14:textId="77777777" w:rsidR="00F9185D" w:rsidRDefault="00F9185D" w:rsidP="00DB1118">
      <w:pPr>
        <w:spacing w:line="360" w:lineRule="auto"/>
        <w:rPr>
          <w:rFonts w:cs="Arial"/>
          <w:color w:val="F8B200"/>
          <w:lang w:val="de-DE"/>
        </w:rPr>
        <w:sectPr w:rsidR="00F9185D" w:rsidSect="00034616">
          <w:pgSz w:w="12240" w:h="15840"/>
          <w:pgMar w:top="1440" w:right="1800" w:bottom="1440" w:left="1800" w:header="720" w:footer="720" w:gutter="0"/>
          <w:cols w:space="720"/>
          <w:docGrid w:linePitch="360"/>
        </w:sectPr>
      </w:pPr>
    </w:p>
    <w:p w14:paraId="50F622ED" w14:textId="77777777" w:rsidR="00F9185D" w:rsidRPr="00BD3827" w:rsidRDefault="00F9185D" w:rsidP="00DB1118">
      <w:pPr>
        <w:spacing w:line="360" w:lineRule="auto"/>
        <w:rPr>
          <w:rFonts w:cs="Arial"/>
          <w:color w:val="F8B200"/>
          <w:lang w:val="de-DE"/>
        </w:rPr>
      </w:pPr>
    </w:p>
    <w:p w14:paraId="0CEECC28" w14:textId="47042062" w:rsidR="006E0D38" w:rsidRPr="00BD3827" w:rsidRDefault="00C13CE6" w:rsidP="00C13CE6">
      <w:pPr>
        <w:pStyle w:val="berschrift1"/>
        <w:jc w:val="center"/>
        <w:rPr>
          <w:rFonts w:ascii="Arial" w:hAnsi="Arial" w:cs="Arial"/>
          <w:color w:val="0076B9"/>
          <w:lang w:val="de-DE"/>
        </w:rPr>
      </w:pPr>
      <w:r>
        <w:rPr>
          <w:rFonts w:ascii="Arial" w:hAnsi="Arial" w:cs="Arial"/>
          <w:color w:val="0076B9"/>
          <w:lang w:val="de-DE"/>
        </w:rPr>
        <w:t xml:space="preserve">§ </w:t>
      </w:r>
      <w:r w:rsidR="00C95E84">
        <w:rPr>
          <w:rFonts w:ascii="Arial" w:hAnsi="Arial" w:cs="Arial"/>
          <w:color w:val="0076B9"/>
          <w:lang w:val="de-DE"/>
        </w:rPr>
        <w:t>7</w:t>
      </w:r>
      <w:r w:rsidR="00F44E49" w:rsidRPr="00BD3827">
        <w:rPr>
          <w:rFonts w:ascii="Arial" w:hAnsi="Arial" w:cs="Arial"/>
          <w:color w:val="0076B9"/>
          <w:lang w:val="de-DE"/>
        </w:rPr>
        <w:t xml:space="preserve"> Finanzierung und Kostenverteilung</w:t>
      </w:r>
    </w:p>
    <w:p w14:paraId="401AE409" w14:textId="77777777" w:rsidR="006E0D38" w:rsidRPr="00BD3827" w:rsidRDefault="00F44E49" w:rsidP="00DB1118">
      <w:pPr>
        <w:spacing w:line="360" w:lineRule="auto"/>
        <w:rPr>
          <w:rFonts w:cs="Arial"/>
          <w:lang w:val="de-DE"/>
        </w:rPr>
      </w:pPr>
      <w:r w:rsidRPr="00BD3827">
        <w:rPr>
          <w:rFonts w:cs="Arial"/>
          <w:lang w:val="de-DE"/>
        </w:rPr>
        <w:t>Die Kosten werden wie folgt verteilt:</w:t>
      </w:r>
    </w:p>
    <w:p w14:paraId="62AB0E60" w14:textId="5EB91D59" w:rsidR="006E0D38" w:rsidRPr="00BD3827" w:rsidRDefault="00F44E49" w:rsidP="00DB1118">
      <w:pPr>
        <w:spacing w:line="360" w:lineRule="auto"/>
        <w:rPr>
          <w:rFonts w:cs="Arial"/>
          <w:lang w:val="de-DE"/>
        </w:rPr>
      </w:pPr>
      <w:r w:rsidRPr="00BD3827">
        <w:rPr>
          <w:rFonts w:cs="Arial"/>
          <w:lang w:val="de-DE"/>
        </w:rPr>
        <w:t>Der Sportverein trägt:</w:t>
      </w:r>
      <w:r w:rsidRPr="00BD3827">
        <w:rPr>
          <w:rFonts w:cs="Arial"/>
          <w:color w:val="F8B200"/>
          <w:lang w:val="de-DE"/>
        </w:rPr>
        <w:t xml:space="preserve"> </w:t>
      </w:r>
      <w:r w:rsidR="00BD3827" w:rsidRPr="004B7B22">
        <w:rPr>
          <w:rFonts w:cs="Arial"/>
          <w:color w:val="BE8900"/>
          <w:lang w:val="de-DE"/>
        </w:rPr>
        <w:t>(</w:t>
      </w:r>
      <w:r w:rsidRPr="004B7B22">
        <w:rPr>
          <w:rFonts w:cs="Arial"/>
          <w:color w:val="BE8900"/>
          <w:lang w:val="de-DE"/>
        </w:rPr>
        <w:t>z. B. 50 % der Gesamtkosten oder spezifische Kostenbereiche</w:t>
      </w:r>
      <w:r w:rsidR="00BD3827" w:rsidRPr="004B7B22">
        <w:rPr>
          <w:rFonts w:cs="Arial"/>
          <w:color w:val="BE8900"/>
          <w:lang w:val="de-DE"/>
        </w:rPr>
        <w:t>)</w:t>
      </w:r>
      <w:r w:rsidRPr="004B7B22">
        <w:rPr>
          <w:rFonts w:cs="Arial"/>
          <w:color w:val="BE8900"/>
          <w:lang w:val="de-DE"/>
        </w:rPr>
        <w:t>.</w:t>
      </w:r>
    </w:p>
    <w:p w14:paraId="5753624C" w14:textId="503DC45F" w:rsidR="006E0D38" w:rsidRDefault="00F44E49" w:rsidP="00DB1118">
      <w:pPr>
        <w:spacing w:line="360" w:lineRule="auto"/>
        <w:rPr>
          <w:rFonts w:cs="Arial"/>
          <w:color w:val="F8B200"/>
          <w:lang w:val="de-DE"/>
        </w:rPr>
      </w:pPr>
      <w:r w:rsidRPr="00BD3827">
        <w:rPr>
          <w:rFonts w:cs="Arial"/>
          <w:lang w:val="de-DE"/>
        </w:rPr>
        <w:t xml:space="preserve">Der Kooperationspartner trägt: </w:t>
      </w:r>
      <w:r w:rsidR="00BD3827" w:rsidRPr="004B7B22">
        <w:rPr>
          <w:rFonts w:cs="Arial"/>
          <w:color w:val="BE8900"/>
          <w:lang w:val="de-DE"/>
        </w:rPr>
        <w:t>(</w:t>
      </w:r>
      <w:r w:rsidRPr="004B7B22">
        <w:rPr>
          <w:rFonts w:cs="Arial"/>
          <w:color w:val="BE8900"/>
          <w:lang w:val="de-DE"/>
        </w:rPr>
        <w:t>z. B. finanzielle Unterstützung für Personal oder Material</w:t>
      </w:r>
      <w:r w:rsidR="00BD3827" w:rsidRPr="004B7B22">
        <w:rPr>
          <w:rFonts w:cs="Arial"/>
          <w:color w:val="BE8900"/>
          <w:lang w:val="de-DE"/>
        </w:rPr>
        <w:t>)</w:t>
      </w:r>
      <w:r w:rsidRPr="004B7B22">
        <w:rPr>
          <w:rFonts w:cs="Arial"/>
          <w:color w:val="BE8900"/>
          <w:lang w:val="de-DE"/>
        </w:rPr>
        <w:t>.</w:t>
      </w:r>
    </w:p>
    <w:p w14:paraId="34EEED41" w14:textId="36CBF6BF" w:rsidR="006E0D38" w:rsidRPr="00BD3827" w:rsidRDefault="00C13CE6" w:rsidP="00C13CE6">
      <w:pPr>
        <w:pStyle w:val="berschrift1"/>
        <w:jc w:val="center"/>
        <w:rPr>
          <w:rFonts w:ascii="Arial" w:hAnsi="Arial" w:cs="Arial"/>
          <w:color w:val="585858"/>
          <w:lang w:val="de-DE"/>
        </w:rPr>
      </w:pPr>
      <w:r>
        <w:rPr>
          <w:rFonts w:ascii="Arial" w:hAnsi="Arial" w:cs="Arial"/>
          <w:color w:val="0076B9"/>
          <w:lang w:val="de-DE"/>
        </w:rPr>
        <w:t xml:space="preserve">§ </w:t>
      </w:r>
      <w:r w:rsidR="00C95E84">
        <w:rPr>
          <w:rFonts w:ascii="Arial" w:hAnsi="Arial" w:cs="Arial"/>
          <w:color w:val="0076B9"/>
          <w:lang w:val="de-DE"/>
        </w:rPr>
        <w:t>8</w:t>
      </w:r>
      <w:r w:rsidR="00F44E49" w:rsidRPr="00BD3827">
        <w:rPr>
          <w:rFonts w:ascii="Arial" w:hAnsi="Arial" w:cs="Arial"/>
          <w:color w:val="0076B9"/>
          <w:lang w:val="de-DE"/>
        </w:rPr>
        <w:t xml:space="preserve"> Organisatorische Abläufe</w:t>
      </w:r>
    </w:p>
    <w:p w14:paraId="4D10A2D1" w14:textId="268A378B" w:rsidR="006E0D38" w:rsidRPr="00BD3827" w:rsidRDefault="00F44E49" w:rsidP="00DB1118">
      <w:pPr>
        <w:spacing w:line="360" w:lineRule="auto"/>
        <w:rPr>
          <w:rFonts w:cs="Arial"/>
          <w:lang w:val="de-DE"/>
        </w:rPr>
      </w:pPr>
      <w:r w:rsidRPr="2C0E6D05">
        <w:rPr>
          <w:rFonts w:cs="Arial"/>
          <w:lang w:val="de-DE"/>
        </w:rPr>
        <w:t xml:space="preserve">Projektmanagement: </w:t>
      </w:r>
      <w:r w:rsidR="00BD3827" w:rsidRPr="004B7B22">
        <w:rPr>
          <w:rFonts w:cs="Arial"/>
          <w:color w:val="BE8900"/>
          <w:lang w:val="de-DE"/>
        </w:rPr>
        <w:t>(</w:t>
      </w:r>
      <w:r w:rsidRPr="004B7B22">
        <w:rPr>
          <w:rFonts w:cs="Arial"/>
          <w:color w:val="BE8900"/>
          <w:lang w:val="de-DE"/>
        </w:rPr>
        <w:t>Verantwortlicher für die Koordination, z. B. Projektleiter</w:t>
      </w:r>
      <w:r w:rsidR="46201AE9" w:rsidRPr="004B7B22">
        <w:rPr>
          <w:rFonts w:cs="Arial"/>
          <w:color w:val="BE8900"/>
          <w:lang w:val="de-DE"/>
        </w:rPr>
        <w:t>*in</w:t>
      </w:r>
      <w:r w:rsidRPr="004B7B22">
        <w:rPr>
          <w:rFonts w:cs="Arial"/>
          <w:color w:val="BE8900"/>
          <w:lang w:val="de-DE"/>
        </w:rPr>
        <w:t xml:space="preserve"> benennen</w:t>
      </w:r>
      <w:r w:rsidR="00BD3827" w:rsidRPr="004B7B22">
        <w:rPr>
          <w:rFonts w:cs="Arial"/>
          <w:color w:val="BE8900"/>
          <w:lang w:val="de-DE"/>
        </w:rPr>
        <w:t>)</w:t>
      </w:r>
      <w:r w:rsidRPr="004B7B22">
        <w:rPr>
          <w:rFonts w:cs="Arial"/>
          <w:color w:val="BE8900"/>
          <w:lang w:val="de-DE"/>
        </w:rPr>
        <w:t>.</w:t>
      </w:r>
    </w:p>
    <w:p w14:paraId="369259D3" w14:textId="192B27E9" w:rsidR="50D6D139" w:rsidRDefault="50D6D139" w:rsidP="00DB1118">
      <w:pPr>
        <w:spacing w:line="360" w:lineRule="auto"/>
        <w:rPr>
          <w:rFonts w:cs="Arial"/>
          <w:lang w:val="de-DE"/>
        </w:rPr>
      </w:pPr>
      <w:r w:rsidRPr="2C0E6D05">
        <w:rPr>
          <w:rFonts w:cs="Arial"/>
          <w:lang w:val="de-DE"/>
        </w:rPr>
        <w:t xml:space="preserve">Dokumentation: </w:t>
      </w:r>
      <w:r w:rsidRPr="004B7B22">
        <w:rPr>
          <w:rFonts w:cs="Arial"/>
          <w:color w:val="BE8900"/>
          <w:lang w:val="de-DE"/>
        </w:rPr>
        <w:t>(z. B. regelmäßige Berichterstattung über Fortschritte).</w:t>
      </w:r>
    </w:p>
    <w:p w14:paraId="4B853543" w14:textId="6D1F68B3" w:rsidR="2B963F09" w:rsidRDefault="2B963F09" w:rsidP="00DB1118">
      <w:pPr>
        <w:spacing w:line="360" w:lineRule="auto"/>
        <w:rPr>
          <w:rFonts w:cs="Arial"/>
          <w:lang w:val="de-DE"/>
        </w:rPr>
      </w:pPr>
      <w:r w:rsidRPr="1D5CBEB8">
        <w:rPr>
          <w:rFonts w:asciiTheme="minorHAnsi" w:hAnsiTheme="minorHAnsi"/>
          <w:szCs w:val="20"/>
          <w:lang w:val="de-DE"/>
        </w:rPr>
        <w:t>Informationsaustausch:</w:t>
      </w:r>
      <w:r w:rsidRPr="1D5CBEB8">
        <w:rPr>
          <w:rFonts w:cs="Arial"/>
          <w:color w:val="F8B200"/>
          <w:lang w:val="de-DE"/>
        </w:rPr>
        <w:t xml:space="preserve"> </w:t>
      </w:r>
      <w:r w:rsidRPr="004B7B22">
        <w:rPr>
          <w:rFonts w:cs="Arial"/>
          <w:color w:val="BE8900"/>
          <w:lang w:val="de-DE"/>
        </w:rPr>
        <w:t>(z. B. Austauschformat).</w:t>
      </w:r>
    </w:p>
    <w:p w14:paraId="2EB173DA" w14:textId="4F7AEE10" w:rsidR="006E0D38" w:rsidRPr="00BD3827" w:rsidRDefault="00C13CE6" w:rsidP="00C13CE6">
      <w:pPr>
        <w:pStyle w:val="berschrift1"/>
        <w:jc w:val="center"/>
        <w:rPr>
          <w:rFonts w:ascii="Arial" w:hAnsi="Arial" w:cs="Arial"/>
          <w:color w:val="0076B9"/>
          <w:lang w:val="de-DE"/>
        </w:rPr>
      </w:pPr>
      <w:r>
        <w:rPr>
          <w:rFonts w:ascii="Arial" w:hAnsi="Arial" w:cs="Arial"/>
          <w:color w:val="0076B9"/>
          <w:lang w:val="de-DE"/>
        </w:rPr>
        <w:t xml:space="preserve">§ </w:t>
      </w:r>
      <w:r w:rsidR="00C95E84">
        <w:rPr>
          <w:rFonts w:ascii="Arial" w:hAnsi="Arial" w:cs="Arial"/>
          <w:color w:val="0076B9"/>
          <w:lang w:val="de-DE"/>
        </w:rPr>
        <w:t>9</w:t>
      </w:r>
      <w:r w:rsidR="00F44E49" w:rsidRPr="00BD3827">
        <w:rPr>
          <w:rFonts w:ascii="Arial" w:hAnsi="Arial" w:cs="Arial"/>
          <w:color w:val="0076B9"/>
          <w:lang w:val="de-DE"/>
        </w:rPr>
        <w:t xml:space="preserve"> Ansprechpartner und Kommunikationswege</w:t>
      </w:r>
    </w:p>
    <w:p w14:paraId="68B648F6" w14:textId="77777777" w:rsidR="006E0D38" w:rsidRPr="00BD3827" w:rsidRDefault="00F44E49" w:rsidP="00DB1118">
      <w:pPr>
        <w:spacing w:line="360" w:lineRule="auto"/>
        <w:rPr>
          <w:rFonts w:cs="Arial"/>
          <w:lang w:val="de-DE"/>
        </w:rPr>
      </w:pPr>
      <w:r w:rsidRPr="00BD3827">
        <w:rPr>
          <w:rFonts w:cs="Arial"/>
          <w:lang w:val="de-DE"/>
        </w:rPr>
        <w:t>Die Ansprechpartner für die Kooperation sind:</w:t>
      </w:r>
    </w:p>
    <w:p w14:paraId="3419EC3F" w14:textId="190781B4" w:rsidR="006E0D38" w:rsidRPr="00BD3827" w:rsidRDefault="00F44E49" w:rsidP="00DB1118">
      <w:pPr>
        <w:spacing w:line="360" w:lineRule="auto"/>
        <w:rPr>
          <w:rFonts w:cs="Arial"/>
          <w:lang w:val="de-DE"/>
        </w:rPr>
      </w:pPr>
      <w:r w:rsidRPr="00BD3827">
        <w:rPr>
          <w:rFonts w:cs="Arial"/>
          <w:lang w:val="de-DE"/>
        </w:rPr>
        <w:t xml:space="preserve">Sportverein: </w:t>
      </w:r>
      <w:r w:rsidR="00BD3827" w:rsidRPr="004B7B22">
        <w:rPr>
          <w:rFonts w:cs="Arial"/>
          <w:color w:val="BE8900"/>
          <w:lang w:val="de-DE"/>
        </w:rPr>
        <w:t>(</w:t>
      </w:r>
      <w:r w:rsidRPr="004B7B22">
        <w:rPr>
          <w:rFonts w:cs="Arial"/>
          <w:color w:val="BE8900"/>
          <w:lang w:val="de-DE"/>
        </w:rPr>
        <w:t>Name, Position, Kontaktdaten</w:t>
      </w:r>
      <w:r w:rsidR="00BD3827" w:rsidRPr="004B7B22">
        <w:rPr>
          <w:rFonts w:cs="Arial"/>
          <w:color w:val="BE8900"/>
          <w:lang w:val="de-DE"/>
        </w:rPr>
        <w:t>)</w:t>
      </w:r>
      <w:r w:rsidRPr="004B7B22">
        <w:rPr>
          <w:rFonts w:cs="Arial"/>
          <w:color w:val="BE8900"/>
          <w:lang w:val="de-DE"/>
        </w:rPr>
        <w:t>.</w:t>
      </w:r>
    </w:p>
    <w:p w14:paraId="6188EF6C" w14:textId="2F647961" w:rsidR="006E0D38" w:rsidRPr="004B7B22" w:rsidRDefault="00F44E49" w:rsidP="00DB1118">
      <w:pPr>
        <w:spacing w:line="360" w:lineRule="auto"/>
        <w:rPr>
          <w:rFonts w:cs="Arial"/>
          <w:color w:val="BE8900"/>
          <w:lang w:val="de-DE"/>
        </w:rPr>
      </w:pPr>
      <w:r w:rsidRPr="00BD3827">
        <w:rPr>
          <w:rFonts w:cs="Arial"/>
          <w:lang w:val="de-DE"/>
        </w:rPr>
        <w:t xml:space="preserve">Kooperationspartner: </w:t>
      </w:r>
      <w:r w:rsidR="00BD3827" w:rsidRPr="004B7B22">
        <w:rPr>
          <w:rFonts w:cs="Arial"/>
          <w:color w:val="BE8900"/>
          <w:lang w:val="de-DE"/>
        </w:rPr>
        <w:t>(</w:t>
      </w:r>
      <w:r w:rsidRPr="004B7B22">
        <w:rPr>
          <w:rFonts w:cs="Arial"/>
          <w:color w:val="BE8900"/>
          <w:lang w:val="de-DE"/>
        </w:rPr>
        <w:t>Name, Position, Kontaktdaten</w:t>
      </w:r>
      <w:r w:rsidR="00BD3827" w:rsidRPr="004B7B22">
        <w:rPr>
          <w:rFonts w:cs="Arial"/>
          <w:color w:val="BE8900"/>
          <w:lang w:val="de-DE"/>
        </w:rPr>
        <w:t>)</w:t>
      </w:r>
      <w:r w:rsidRPr="004B7B22">
        <w:rPr>
          <w:rFonts w:cs="Arial"/>
          <w:color w:val="BE8900"/>
          <w:lang w:val="de-DE"/>
        </w:rPr>
        <w:t>.</w:t>
      </w:r>
    </w:p>
    <w:p w14:paraId="5D55E776" w14:textId="77777777" w:rsidR="006E0D38" w:rsidRPr="00BD3827" w:rsidRDefault="00F44E49" w:rsidP="00DB1118">
      <w:pPr>
        <w:spacing w:line="360" w:lineRule="auto"/>
        <w:rPr>
          <w:rFonts w:cs="Arial"/>
          <w:lang w:val="de-DE"/>
        </w:rPr>
      </w:pPr>
      <w:r w:rsidRPr="00BD3827">
        <w:rPr>
          <w:rFonts w:cs="Arial"/>
          <w:lang w:val="de-DE"/>
        </w:rPr>
        <w:t xml:space="preserve">Kommunikationswege: </w:t>
      </w:r>
      <w:r w:rsidRPr="004B7B22">
        <w:rPr>
          <w:rFonts w:cs="Arial"/>
          <w:color w:val="BE8900"/>
          <w:lang w:val="de-DE"/>
        </w:rPr>
        <w:t>[z. B. E-Mail, Telefon, regelmäßige Besprechungen].</w:t>
      </w:r>
    </w:p>
    <w:p w14:paraId="439D82EB" w14:textId="20F28C4C" w:rsidR="006E0D38" w:rsidRPr="00BD3827" w:rsidRDefault="00C13CE6" w:rsidP="00C13CE6">
      <w:pPr>
        <w:pStyle w:val="berschrift1"/>
        <w:jc w:val="center"/>
        <w:rPr>
          <w:rFonts w:ascii="Arial" w:hAnsi="Arial" w:cs="Arial"/>
          <w:color w:val="0076B9"/>
          <w:lang w:val="de-DE"/>
        </w:rPr>
      </w:pPr>
      <w:r>
        <w:rPr>
          <w:rFonts w:ascii="Arial" w:hAnsi="Arial" w:cs="Arial"/>
          <w:color w:val="0076B9"/>
          <w:lang w:val="de-DE"/>
        </w:rPr>
        <w:t xml:space="preserve">§ 10 </w:t>
      </w:r>
      <w:r w:rsidR="00F44E49" w:rsidRPr="00BD3827">
        <w:rPr>
          <w:rFonts w:ascii="Arial" w:hAnsi="Arial" w:cs="Arial"/>
          <w:color w:val="0076B9"/>
          <w:lang w:val="de-DE"/>
        </w:rPr>
        <w:t>Laufzeit und Ende</w:t>
      </w:r>
    </w:p>
    <w:p w14:paraId="0CB43E2D" w14:textId="39D65B0C" w:rsidR="006E0D38" w:rsidRPr="00BD3827" w:rsidRDefault="00F44E49" w:rsidP="00DB1118">
      <w:pPr>
        <w:spacing w:line="360" w:lineRule="auto"/>
        <w:rPr>
          <w:rFonts w:cs="Arial"/>
          <w:lang w:val="de-DE"/>
        </w:rPr>
      </w:pPr>
      <w:r w:rsidRPr="00BD3827">
        <w:rPr>
          <w:rFonts w:cs="Arial"/>
          <w:lang w:val="de-DE"/>
        </w:rPr>
        <w:t xml:space="preserve">Die Vereinbarung tritt am </w:t>
      </w:r>
      <w:r w:rsidR="00BD3827" w:rsidRPr="004B7B22">
        <w:rPr>
          <w:rFonts w:cs="Arial"/>
          <w:color w:val="BE8900"/>
          <w:lang w:val="de-DE"/>
        </w:rPr>
        <w:t>(</w:t>
      </w:r>
      <w:r w:rsidRPr="004B7B22">
        <w:rPr>
          <w:rFonts w:cs="Arial"/>
          <w:color w:val="BE8900"/>
          <w:lang w:val="de-DE"/>
        </w:rPr>
        <w:t>Datum</w:t>
      </w:r>
      <w:r w:rsidR="00BD3827" w:rsidRPr="004B7B22">
        <w:rPr>
          <w:rFonts w:cs="Arial"/>
          <w:color w:val="BE8900"/>
          <w:lang w:val="de-DE"/>
        </w:rPr>
        <w:t>)</w:t>
      </w:r>
      <w:r w:rsidRPr="004B7B22">
        <w:rPr>
          <w:rFonts w:cs="Arial"/>
          <w:color w:val="BE8900"/>
          <w:lang w:val="de-DE"/>
        </w:rPr>
        <w:t xml:space="preserve"> </w:t>
      </w:r>
      <w:r w:rsidRPr="00BD3827">
        <w:rPr>
          <w:rFonts w:cs="Arial"/>
          <w:lang w:val="de-DE"/>
        </w:rPr>
        <w:t xml:space="preserve">in Kraft und gilt bis zum </w:t>
      </w:r>
      <w:r w:rsidR="00BD3827" w:rsidRPr="004B7B22">
        <w:rPr>
          <w:rFonts w:cs="Arial"/>
          <w:color w:val="BE8900"/>
          <w:lang w:val="de-DE"/>
        </w:rPr>
        <w:t>(</w:t>
      </w:r>
      <w:r w:rsidRPr="004B7B22">
        <w:rPr>
          <w:rFonts w:cs="Arial"/>
          <w:color w:val="BE8900"/>
          <w:lang w:val="de-DE"/>
        </w:rPr>
        <w:t xml:space="preserve">Datum oder </w:t>
      </w:r>
      <w:r w:rsidR="00BD3827" w:rsidRPr="004B7B22">
        <w:rPr>
          <w:rFonts w:cs="Arial"/>
          <w:color w:val="BE8900"/>
          <w:lang w:val="de-DE"/>
        </w:rPr>
        <w:t>„</w:t>
      </w:r>
      <w:r w:rsidRPr="004B7B22">
        <w:rPr>
          <w:rFonts w:cs="Arial"/>
          <w:color w:val="BE8900"/>
          <w:lang w:val="de-DE"/>
        </w:rPr>
        <w:t>unbefristet</w:t>
      </w:r>
      <w:r w:rsidR="00BD3827" w:rsidRPr="004B7B22">
        <w:rPr>
          <w:rFonts w:cs="Arial"/>
          <w:color w:val="BE8900"/>
          <w:lang w:val="de-DE"/>
        </w:rPr>
        <w:t>“)</w:t>
      </w:r>
      <w:r w:rsidRPr="004B7B22">
        <w:rPr>
          <w:rFonts w:cs="Arial"/>
          <w:color w:val="BE8900"/>
          <w:lang w:val="de-DE"/>
        </w:rPr>
        <w:t>.</w:t>
      </w:r>
    </w:p>
    <w:p w14:paraId="79C1FECA" w14:textId="00C623BB" w:rsidR="006E0D38" w:rsidRPr="00BD3827" w:rsidRDefault="00F44E49" w:rsidP="00DB1118">
      <w:pPr>
        <w:spacing w:line="360" w:lineRule="auto"/>
        <w:rPr>
          <w:rFonts w:cs="Arial"/>
          <w:lang w:val="de-DE"/>
        </w:rPr>
      </w:pPr>
      <w:r w:rsidRPr="00BD3827">
        <w:rPr>
          <w:rFonts w:cs="Arial"/>
          <w:lang w:val="de-DE"/>
        </w:rPr>
        <w:t xml:space="preserve">Eine vorzeitige Beendigung ist unter Einhaltung einer Frist von </w:t>
      </w:r>
      <w:r w:rsidR="00BD3827" w:rsidRPr="004B7B22">
        <w:rPr>
          <w:rFonts w:cs="Arial"/>
          <w:color w:val="BE8900"/>
          <w:lang w:val="de-DE"/>
        </w:rPr>
        <w:t>(</w:t>
      </w:r>
      <w:r w:rsidRPr="004B7B22">
        <w:rPr>
          <w:rFonts w:cs="Arial"/>
          <w:color w:val="BE8900"/>
          <w:lang w:val="de-DE"/>
        </w:rPr>
        <w:t>z. B. drei Monaten</w:t>
      </w:r>
      <w:r w:rsidR="00BD3827" w:rsidRPr="004B7B22">
        <w:rPr>
          <w:rFonts w:cs="Arial"/>
          <w:color w:val="BE8900"/>
          <w:lang w:val="de-DE"/>
        </w:rPr>
        <w:t>)</w:t>
      </w:r>
      <w:r w:rsidRPr="004B7B22">
        <w:rPr>
          <w:rFonts w:cs="Arial"/>
          <w:color w:val="BE8900"/>
          <w:lang w:val="de-DE"/>
        </w:rPr>
        <w:t xml:space="preserve"> </w:t>
      </w:r>
      <w:r w:rsidRPr="00BD3827">
        <w:rPr>
          <w:rFonts w:cs="Arial"/>
          <w:lang w:val="de-DE"/>
        </w:rPr>
        <w:t>möglich.</w:t>
      </w:r>
    </w:p>
    <w:p w14:paraId="22587F4D" w14:textId="77777777" w:rsidR="006E0D38" w:rsidRPr="00BD3827" w:rsidRDefault="00F44E49" w:rsidP="00DB1118">
      <w:pPr>
        <w:spacing w:line="360" w:lineRule="auto"/>
        <w:rPr>
          <w:rFonts w:cs="Arial"/>
          <w:lang w:val="de-DE"/>
        </w:rPr>
      </w:pPr>
      <w:r w:rsidRPr="00BD3827">
        <w:rPr>
          <w:rFonts w:cs="Arial"/>
          <w:lang w:val="de-DE"/>
        </w:rPr>
        <w:t>Im Falle der Beendigung verpflichten sich die Partner zur geordneten Übergabe und Abwicklung laufender Projekte.</w:t>
      </w:r>
    </w:p>
    <w:p w14:paraId="38186073" w14:textId="38450384" w:rsidR="006E0D38" w:rsidRPr="00BD3827" w:rsidRDefault="00C13CE6" w:rsidP="00C13CE6">
      <w:pPr>
        <w:pStyle w:val="berschrift1"/>
        <w:jc w:val="center"/>
        <w:rPr>
          <w:rFonts w:ascii="Arial" w:hAnsi="Arial" w:cs="Arial"/>
          <w:color w:val="0076B9"/>
          <w:lang w:val="de-DE"/>
        </w:rPr>
      </w:pPr>
      <w:r>
        <w:rPr>
          <w:rFonts w:ascii="Arial" w:hAnsi="Arial" w:cs="Arial"/>
          <w:color w:val="0076B9"/>
          <w:lang w:val="de-DE"/>
        </w:rPr>
        <w:t>§ 11</w:t>
      </w:r>
      <w:r w:rsidR="00F44E49" w:rsidRPr="00BD3827">
        <w:rPr>
          <w:rFonts w:ascii="Arial" w:hAnsi="Arial" w:cs="Arial"/>
          <w:color w:val="0076B9"/>
          <w:lang w:val="de-DE"/>
        </w:rPr>
        <w:t xml:space="preserve"> Geheimhaltung/Datenschutz</w:t>
      </w:r>
    </w:p>
    <w:p w14:paraId="1A38ED74" w14:textId="77777777" w:rsidR="006E0D38" w:rsidRPr="00BD3827" w:rsidRDefault="00F44E49" w:rsidP="00DB1118">
      <w:pPr>
        <w:spacing w:line="360" w:lineRule="auto"/>
        <w:rPr>
          <w:rFonts w:cs="Arial"/>
          <w:lang w:val="de-DE"/>
        </w:rPr>
      </w:pPr>
      <w:r w:rsidRPr="00BD3827">
        <w:rPr>
          <w:rFonts w:cs="Arial"/>
          <w:lang w:val="de-DE"/>
        </w:rPr>
        <w:t>Beide Partner verpflichten sich zur Wahrung der Vertraulichkeit in Bezug auf sämtliche im Rahmen der Kooperation erlangten Informationen.</w:t>
      </w:r>
    </w:p>
    <w:p w14:paraId="14FA2E2B" w14:textId="77777777" w:rsidR="006E0D38" w:rsidRPr="00BD3827" w:rsidRDefault="00F44E49" w:rsidP="00DB1118">
      <w:pPr>
        <w:spacing w:line="360" w:lineRule="auto"/>
        <w:rPr>
          <w:rFonts w:cs="Arial"/>
          <w:lang w:val="de-DE"/>
        </w:rPr>
      </w:pPr>
      <w:r w:rsidRPr="00BD3827">
        <w:rPr>
          <w:rFonts w:cs="Arial"/>
          <w:lang w:val="de-DE"/>
        </w:rPr>
        <w:t>Die geltenden Datenschutzbestimmungen sind einzuhalten.</w:t>
      </w:r>
    </w:p>
    <w:p w14:paraId="5CC9F5D8" w14:textId="77777777" w:rsidR="006E0D38" w:rsidRPr="00BD3827" w:rsidRDefault="00F44E49" w:rsidP="00C13CE6">
      <w:pPr>
        <w:pStyle w:val="berschrift1"/>
        <w:jc w:val="center"/>
        <w:rPr>
          <w:rFonts w:ascii="Arial" w:hAnsi="Arial" w:cs="Arial"/>
          <w:color w:val="0076B9"/>
          <w:lang w:val="de-DE"/>
        </w:rPr>
      </w:pPr>
      <w:r w:rsidRPr="00BD3827">
        <w:rPr>
          <w:rFonts w:ascii="Arial" w:hAnsi="Arial" w:cs="Arial"/>
          <w:color w:val="0076B9"/>
          <w:lang w:val="de-DE"/>
        </w:rPr>
        <w:lastRenderedPageBreak/>
        <w:t>Schlussbestimmungen</w:t>
      </w:r>
    </w:p>
    <w:p w14:paraId="4AE95196" w14:textId="77777777" w:rsidR="006E0D38" w:rsidRPr="00BD3827" w:rsidRDefault="00F44E49" w:rsidP="00DB1118">
      <w:pPr>
        <w:spacing w:line="360" w:lineRule="auto"/>
        <w:rPr>
          <w:rFonts w:cs="Arial"/>
          <w:lang w:val="de-DE"/>
        </w:rPr>
      </w:pPr>
      <w:r w:rsidRPr="00BD3827">
        <w:rPr>
          <w:rFonts w:cs="Arial"/>
          <w:lang w:val="de-DE"/>
        </w:rPr>
        <w:t>Änderungen oder Ergänzungen dieser Vereinbarung bedürfen der Schriftform.</w:t>
      </w:r>
    </w:p>
    <w:p w14:paraId="73EBB377" w14:textId="61B00B3C" w:rsidR="006E0D38" w:rsidRPr="00BD3827" w:rsidRDefault="00F44E49" w:rsidP="00DB1118">
      <w:pPr>
        <w:spacing w:line="360" w:lineRule="auto"/>
        <w:rPr>
          <w:rFonts w:cs="Arial"/>
          <w:lang w:val="de-DE"/>
        </w:rPr>
      </w:pPr>
      <w:r w:rsidRPr="00BD3827">
        <w:rPr>
          <w:rFonts w:cs="Arial"/>
          <w:lang w:val="de-DE"/>
        </w:rPr>
        <w:t xml:space="preserve">Gerichtsstand für alle Streitigkeiten aus dieser Vereinbarung ist </w:t>
      </w:r>
      <w:r w:rsidR="00BD3827" w:rsidRPr="00A05F15">
        <w:rPr>
          <w:rFonts w:cs="Arial"/>
          <w:color w:val="BE8900"/>
          <w:lang w:val="de-DE"/>
        </w:rPr>
        <w:t>(</w:t>
      </w:r>
      <w:r w:rsidRPr="00A05F15">
        <w:rPr>
          <w:rFonts w:cs="Arial"/>
          <w:color w:val="BE8900"/>
          <w:lang w:val="de-DE"/>
        </w:rPr>
        <w:t>Ort</w:t>
      </w:r>
      <w:r w:rsidR="00BD3827" w:rsidRPr="00A05F15">
        <w:rPr>
          <w:rFonts w:cs="Arial"/>
          <w:color w:val="BE8900"/>
          <w:lang w:val="de-DE"/>
        </w:rPr>
        <w:t>)</w:t>
      </w:r>
      <w:r w:rsidRPr="00A05F15">
        <w:rPr>
          <w:rFonts w:cs="Arial"/>
          <w:color w:val="BE8900"/>
          <w:lang w:val="de-DE"/>
        </w:rPr>
        <w:t>.</w:t>
      </w:r>
    </w:p>
    <w:p w14:paraId="403688E3" w14:textId="77777777" w:rsidR="00BD3827" w:rsidRDefault="00BD3827" w:rsidP="00BD3827">
      <w:pPr>
        <w:rPr>
          <w:lang w:val="de-DE"/>
        </w:rPr>
      </w:pPr>
    </w:p>
    <w:p w14:paraId="3450E37A" w14:textId="7D70FB07" w:rsidR="006E0D38" w:rsidRPr="00656627" w:rsidRDefault="00F44E49">
      <w:pPr>
        <w:pStyle w:val="berschrift1"/>
        <w:rPr>
          <w:rFonts w:ascii="Arial" w:hAnsi="Arial" w:cs="Arial"/>
          <w:b w:val="0"/>
          <w:bCs w:val="0"/>
          <w:color w:val="585858"/>
          <w:lang w:val="de-DE"/>
        </w:rPr>
      </w:pPr>
      <w:r w:rsidRPr="00656627">
        <w:rPr>
          <w:rFonts w:ascii="Arial" w:hAnsi="Arial" w:cs="Arial"/>
          <w:b w:val="0"/>
          <w:bCs w:val="0"/>
          <w:color w:val="585858"/>
          <w:lang w:val="de-DE"/>
        </w:rPr>
        <w:t>Ort, Datum</w:t>
      </w:r>
      <w:r w:rsidR="00BD3827" w:rsidRPr="00656627">
        <w:rPr>
          <w:rFonts w:ascii="Arial" w:hAnsi="Arial" w:cs="Arial"/>
          <w:b w:val="0"/>
          <w:bCs w:val="0"/>
          <w:color w:val="585858"/>
          <w:lang w:val="de-DE"/>
        </w:rPr>
        <w:t xml:space="preserve"> </w:t>
      </w:r>
      <w:r w:rsidR="00BD3827" w:rsidRPr="00656627">
        <w:rPr>
          <w:rFonts w:ascii="Arial" w:hAnsi="Arial" w:cs="Arial"/>
          <w:b w:val="0"/>
          <w:bCs w:val="0"/>
          <w:color w:val="585858"/>
          <w:lang w:val="de-DE"/>
        </w:rPr>
        <w:tab/>
      </w:r>
      <w:r w:rsidR="00BD3827" w:rsidRPr="00656627">
        <w:rPr>
          <w:rFonts w:ascii="Arial" w:hAnsi="Arial" w:cs="Arial"/>
          <w:b w:val="0"/>
          <w:bCs w:val="0"/>
          <w:color w:val="585858"/>
          <w:lang w:val="de-DE"/>
        </w:rPr>
        <w:tab/>
      </w:r>
      <w:r w:rsidR="00BD3827" w:rsidRPr="00656627">
        <w:rPr>
          <w:rFonts w:ascii="Arial" w:hAnsi="Arial" w:cs="Arial"/>
          <w:b w:val="0"/>
          <w:bCs w:val="0"/>
          <w:color w:val="585858"/>
          <w:lang w:val="de-DE"/>
        </w:rPr>
        <w:tab/>
      </w:r>
      <w:r w:rsidR="00656627" w:rsidRPr="00656627">
        <w:rPr>
          <w:rFonts w:ascii="Arial" w:hAnsi="Arial" w:cs="Arial"/>
          <w:b w:val="0"/>
          <w:bCs w:val="0"/>
          <w:color w:val="585858"/>
          <w:lang w:val="de-DE"/>
        </w:rPr>
        <w:tab/>
      </w:r>
      <w:r w:rsidR="00656627" w:rsidRPr="00656627">
        <w:rPr>
          <w:rFonts w:ascii="Arial" w:hAnsi="Arial" w:cs="Arial"/>
          <w:b w:val="0"/>
          <w:bCs w:val="0"/>
          <w:color w:val="585858"/>
          <w:lang w:val="de-DE"/>
        </w:rPr>
        <w:tab/>
        <w:t>_______________________</w:t>
      </w:r>
    </w:p>
    <w:p w14:paraId="1E3393EB" w14:textId="4AE39109" w:rsidR="006E0D38" w:rsidRPr="00656627" w:rsidRDefault="00F44E49">
      <w:pPr>
        <w:pStyle w:val="berschrift1"/>
        <w:rPr>
          <w:rFonts w:ascii="Arial" w:hAnsi="Arial" w:cs="Arial"/>
          <w:b w:val="0"/>
          <w:bCs w:val="0"/>
          <w:color w:val="585858"/>
          <w:lang w:val="de-DE"/>
        </w:rPr>
      </w:pPr>
      <w:r w:rsidRPr="1C8AD581">
        <w:rPr>
          <w:rFonts w:ascii="Arial" w:hAnsi="Arial" w:cs="Arial"/>
          <w:b w:val="0"/>
          <w:bCs w:val="0"/>
          <w:color w:val="585858"/>
          <w:lang w:val="de-DE"/>
        </w:rPr>
        <w:t>Unterschrift Sportverein</w:t>
      </w:r>
      <w:r w:rsidR="00BD3827" w:rsidRPr="00DD26C5">
        <w:rPr>
          <w:lang w:val="de-DE"/>
        </w:rPr>
        <w:tab/>
      </w:r>
      <w:r w:rsidR="00BD3827" w:rsidRPr="00DD26C5">
        <w:rPr>
          <w:lang w:val="de-DE"/>
        </w:rPr>
        <w:tab/>
      </w:r>
      <w:r w:rsidR="00BD3827" w:rsidRPr="00DD26C5">
        <w:rPr>
          <w:lang w:val="de-DE"/>
        </w:rPr>
        <w:tab/>
      </w:r>
      <w:r w:rsidR="00656627" w:rsidRPr="1C8AD581">
        <w:rPr>
          <w:rFonts w:ascii="Arial" w:hAnsi="Arial" w:cs="Arial"/>
          <w:b w:val="0"/>
          <w:bCs w:val="0"/>
          <w:color w:val="585858"/>
          <w:lang w:val="de-DE"/>
        </w:rPr>
        <w:t>_______________________</w:t>
      </w:r>
    </w:p>
    <w:p w14:paraId="3BBE549F" w14:textId="535700FA" w:rsidR="006E0D38" w:rsidRPr="00656627" w:rsidRDefault="00F44E49">
      <w:pPr>
        <w:pStyle w:val="berschrift1"/>
        <w:rPr>
          <w:rFonts w:ascii="Arial" w:hAnsi="Arial" w:cs="Arial"/>
          <w:b w:val="0"/>
          <w:bCs w:val="0"/>
          <w:color w:val="585858"/>
          <w:lang w:val="de-DE"/>
        </w:rPr>
      </w:pPr>
      <w:r w:rsidRPr="00656627">
        <w:rPr>
          <w:rFonts w:ascii="Arial" w:hAnsi="Arial" w:cs="Arial"/>
          <w:b w:val="0"/>
          <w:bCs w:val="0"/>
          <w:color w:val="585858"/>
          <w:lang w:val="de-DE"/>
        </w:rPr>
        <w:t>Unterschrift Kooperationspartner</w:t>
      </w:r>
      <w:r w:rsidR="00656627" w:rsidRPr="00656627">
        <w:rPr>
          <w:rFonts w:ascii="Arial" w:hAnsi="Arial" w:cs="Arial"/>
          <w:b w:val="0"/>
          <w:bCs w:val="0"/>
          <w:color w:val="585858"/>
          <w:lang w:val="de-DE"/>
        </w:rPr>
        <w:t xml:space="preserve"> </w:t>
      </w:r>
      <w:r w:rsidR="00656627" w:rsidRPr="00656627">
        <w:rPr>
          <w:rFonts w:ascii="Arial" w:hAnsi="Arial" w:cs="Arial"/>
          <w:b w:val="0"/>
          <w:bCs w:val="0"/>
          <w:color w:val="585858"/>
          <w:lang w:val="de-DE"/>
        </w:rPr>
        <w:tab/>
      </w:r>
      <w:r w:rsidR="00656627">
        <w:rPr>
          <w:rFonts w:ascii="Arial" w:hAnsi="Arial" w:cs="Arial"/>
          <w:b w:val="0"/>
          <w:bCs w:val="0"/>
          <w:color w:val="585858"/>
          <w:lang w:val="de-DE"/>
        </w:rPr>
        <w:tab/>
      </w:r>
      <w:r w:rsidR="00656627" w:rsidRPr="00656627">
        <w:rPr>
          <w:rFonts w:ascii="Arial" w:hAnsi="Arial" w:cs="Arial"/>
          <w:b w:val="0"/>
          <w:bCs w:val="0"/>
          <w:color w:val="585858"/>
          <w:lang w:val="de-DE"/>
        </w:rPr>
        <w:t>_______________________</w:t>
      </w:r>
    </w:p>
    <w:sectPr w:rsidR="006E0D38" w:rsidRPr="00656627"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BF3DA" w14:textId="77777777" w:rsidR="00AB7B83" w:rsidRDefault="00AB7B83" w:rsidP="00BD3827">
      <w:pPr>
        <w:spacing w:after="0" w:line="240" w:lineRule="auto"/>
      </w:pPr>
      <w:r>
        <w:separator/>
      </w:r>
    </w:p>
    <w:p w14:paraId="53F6A286" w14:textId="77777777" w:rsidR="00AB7B83" w:rsidRDefault="00AB7B83"/>
  </w:endnote>
  <w:endnote w:type="continuationSeparator" w:id="0">
    <w:p w14:paraId="3A935484" w14:textId="77777777" w:rsidR="00AB7B83" w:rsidRDefault="00AB7B83" w:rsidP="00BD3827">
      <w:pPr>
        <w:spacing w:after="0" w:line="240" w:lineRule="auto"/>
      </w:pPr>
      <w:r>
        <w:continuationSeparator/>
      </w:r>
    </w:p>
    <w:p w14:paraId="411E27BE" w14:textId="77777777" w:rsidR="00AB7B83" w:rsidRDefault="00AB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510095"/>
      <w:docPartObj>
        <w:docPartGallery w:val="Page Numbers (Bottom of Page)"/>
        <w:docPartUnique/>
      </w:docPartObj>
    </w:sdtPr>
    <w:sdtEndPr>
      <w:rPr>
        <w:rFonts w:cs="Arial"/>
      </w:rPr>
    </w:sdtEndPr>
    <w:sdtContent>
      <w:p w14:paraId="31FF5425" w14:textId="5E50AC6C" w:rsidR="004943D5" w:rsidRPr="002F30AC" w:rsidRDefault="004943D5">
        <w:pPr>
          <w:pStyle w:val="Fuzeile"/>
          <w:jc w:val="right"/>
          <w:rPr>
            <w:rFonts w:cs="Arial"/>
            <w:lang w:val="de-DE"/>
          </w:rPr>
        </w:pPr>
        <w:r w:rsidRPr="002F30AC">
          <w:rPr>
            <w:rFonts w:cs="Arial"/>
          </w:rPr>
          <w:fldChar w:fldCharType="begin"/>
        </w:r>
        <w:r w:rsidRPr="002F30AC">
          <w:rPr>
            <w:rFonts w:cs="Arial"/>
            <w:lang w:val="de-DE"/>
          </w:rPr>
          <w:instrText>PAGE   \* MERGEFORMAT</w:instrText>
        </w:r>
        <w:r w:rsidRPr="002F30AC">
          <w:rPr>
            <w:rFonts w:cs="Arial"/>
          </w:rPr>
          <w:fldChar w:fldCharType="separate"/>
        </w:r>
        <w:r w:rsidRPr="002F30AC">
          <w:rPr>
            <w:rFonts w:cs="Arial"/>
            <w:lang w:val="de-DE"/>
          </w:rPr>
          <w:t>2</w:t>
        </w:r>
        <w:r w:rsidRPr="002F30AC">
          <w:rPr>
            <w:rFonts w:cs="Arial"/>
          </w:rPr>
          <w:fldChar w:fldCharType="end"/>
        </w:r>
      </w:p>
    </w:sdtContent>
  </w:sdt>
  <w:p w14:paraId="5E741B3E" w14:textId="4E2BC62D" w:rsidR="00656627" w:rsidRPr="002F30AC" w:rsidRDefault="00A87492">
    <w:pPr>
      <w:pStyle w:val="Fuzeile"/>
      <w:rPr>
        <w:rFonts w:cs="Arial"/>
        <w:i/>
        <w:iCs/>
        <w:color w:val="000000" w:themeColor="text1"/>
        <w:sz w:val="18"/>
        <w:szCs w:val="18"/>
        <w:lang w:val="de-DE"/>
      </w:rPr>
    </w:pPr>
    <w:r w:rsidRPr="002F30AC">
      <w:rPr>
        <w:rFonts w:cs="Arial"/>
        <w:i/>
        <w:iCs/>
        <w:color w:val="000000" w:themeColor="text1"/>
        <w:sz w:val="18"/>
        <w:szCs w:val="18"/>
        <w:lang w:val="de-DE"/>
      </w:rPr>
      <w:t>Bei der vorliegenden Vereinbarung handelt es sich um ein</w:t>
    </w:r>
    <w:r w:rsidR="002F30AC" w:rsidRPr="002F30AC">
      <w:rPr>
        <w:rFonts w:cs="Arial"/>
        <w:i/>
        <w:iCs/>
        <w:color w:val="000000" w:themeColor="text1"/>
        <w:sz w:val="18"/>
        <w:szCs w:val="18"/>
        <w:lang w:val="de-DE"/>
      </w:rPr>
      <w:t xml:space="preserve"> rechtlich unverbindliches Muster. Dieses kann eine individuelle rechtliche und steuerrechtliche Überprüfung nicht ersetzen.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610615"/>
      <w:docPartObj>
        <w:docPartGallery w:val="Page Numbers (Bottom of Page)"/>
        <w:docPartUnique/>
      </w:docPartObj>
    </w:sdtPr>
    <w:sdtEndPr>
      <w:rPr>
        <w:rFonts w:cs="Arial"/>
        <w:color w:val="000000" w:themeColor="text1"/>
        <w:sz w:val="22"/>
        <w:lang w:val="de-DE"/>
      </w:rPr>
    </w:sdtEndPr>
    <w:sdtContent>
      <w:p w14:paraId="6CC4EEF0" w14:textId="082C0A71" w:rsidR="004943D5" w:rsidRPr="00135C93" w:rsidRDefault="004943D5">
        <w:pPr>
          <w:pStyle w:val="Fuzeile"/>
          <w:jc w:val="right"/>
          <w:rPr>
            <w:rFonts w:cs="Arial"/>
            <w:color w:val="000000" w:themeColor="text1"/>
            <w:sz w:val="22"/>
            <w:lang w:val="de-DE"/>
          </w:rPr>
        </w:pPr>
        <w:r w:rsidRPr="00135C93">
          <w:rPr>
            <w:rFonts w:cs="Arial"/>
            <w:color w:val="000000" w:themeColor="text1"/>
            <w:sz w:val="22"/>
            <w:lang w:val="de-DE"/>
          </w:rPr>
          <w:fldChar w:fldCharType="begin"/>
        </w:r>
        <w:r w:rsidRPr="00135C93">
          <w:rPr>
            <w:rFonts w:cs="Arial"/>
            <w:color w:val="000000" w:themeColor="text1"/>
            <w:sz w:val="22"/>
            <w:lang w:val="de-DE"/>
          </w:rPr>
          <w:instrText>PAGE   \* MERGEFORMAT</w:instrText>
        </w:r>
        <w:r w:rsidRPr="00135C93">
          <w:rPr>
            <w:rFonts w:cs="Arial"/>
            <w:color w:val="000000" w:themeColor="text1"/>
            <w:sz w:val="22"/>
            <w:lang w:val="de-DE"/>
          </w:rPr>
          <w:fldChar w:fldCharType="separate"/>
        </w:r>
        <w:r w:rsidRPr="00135C93">
          <w:rPr>
            <w:rFonts w:cs="Arial"/>
            <w:color w:val="000000" w:themeColor="text1"/>
            <w:sz w:val="22"/>
            <w:lang w:val="de-DE"/>
          </w:rPr>
          <w:t>2</w:t>
        </w:r>
        <w:r w:rsidRPr="00135C93">
          <w:rPr>
            <w:rFonts w:cs="Arial"/>
            <w:color w:val="000000" w:themeColor="text1"/>
            <w:sz w:val="22"/>
            <w:lang w:val="de-DE"/>
          </w:rPr>
          <w:fldChar w:fldCharType="end"/>
        </w:r>
      </w:p>
    </w:sdtContent>
  </w:sdt>
  <w:p w14:paraId="7396A2CB" w14:textId="74F0486B" w:rsidR="00656627" w:rsidRPr="00656627" w:rsidRDefault="00656627">
    <w:pPr>
      <w:pStyle w:val="Fuzeile"/>
      <w:rPr>
        <w:rFonts w:cs="Arial"/>
        <w:i/>
        <w:iCs/>
        <w:color w:val="000000" w:themeColor="text1"/>
        <w:sz w:val="18"/>
        <w:szCs w:val="18"/>
        <w:lang w:val="de-DE"/>
      </w:rPr>
    </w:pPr>
  </w:p>
  <w:p w14:paraId="0C0F8A00" w14:textId="77777777" w:rsidR="00C13CE6" w:rsidRDefault="00C13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926C3" w14:textId="77777777" w:rsidR="00AB7B83" w:rsidRDefault="00AB7B83" w:rsidP="00BD3827">
      <w:pPr>
        <w:spacing w:after="0" w:line="240" w:lineRule="auto"/>
      </w:pPr>
      <w:r>
        <w:separator/>
      </w:r>
    </w:p>
    <w:p w14:paraId="26A0D298" w14:textId="77777777" w:rsidR="00AB7B83" w:rsidRDefault="00AB7B83"/>
  </w:footnote>
  <w:footnote w:type="continuationSeparator" w:id="0">
    <w:p w14:paraId="7C21A80B" w14:textId="77777777" w:rsidR="00AB7B83" w:rsidRDefault="00AB7B83" w:rsidP="00BD3827">
      <w:pPr>
        <w:spacing w:after="0" w:line="240" w:lineRule="auto"/>
      </w:pPr>
      <w:r>
        <w:continuationSeparator/>
      </w:r>
    </w:p>
    <w:p w14:paraId="3238A8E2" w14:textId="77777777" w:rsidR="00AB7B83" w:rsidRDefault="00AB7B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750084410">
    <w:abstractNumId w:val="8"/>
  </w:num>
  <w:num w:numId="2" w16cid:durableId="1929271216">
    <w:abstractNumId w:val="6"/>
  </w:num>
  <w:num w:numId="3" w16cid:durableId="1618489129">
    <w:abstractNumId w:val="5"/>
  </w:num>
  <w:num w:numId="4" w16cid:durableId="1438058558">
    <w:abstractNumId w:val="4"/>
  </w:num>
  <w:num w:numId="5" w16cid:durableId="1388797614">
    <w:abstractNumId w:val="7"/>
  </w:num>
  <w:num w:numId="6" w16cid:durableId="1979145136">
    <w:abstractNumId w:val="3"/>
  </w:num>
  <w:num w:numId="7" w16cid:durableId="1351835563">
    <w:abstractNumId w:val="2"/>
  </w:num>
  <w:num w:numId="8" w16cid:durableId="1631282458">
    <w:abstractNumId w:val="1"/>
  </w:num>
  <w:num w:numId="9" w16cid:durableId="170505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40E"/>
    <w:rsid w:val="0006063C"/>
    <w:rsid w:val="000823A9"/>
    <w:rsid w:val="000900F9"/>
    <w:rsid w:val="000E6FF8"/>
    <w:rsid w:val="000F4B5E"/>
    <w:rsid w:val="00135C93"/>
    <w:rsid w:val="00140E90"/>
    <w:rsid w:val="0015074B"/>
    <w:rsid w:val="001949D1"/>
    <w:rsid w:val="001A767F"/>
    <w:rsid w:val="00273E21"/>
    <w:rsid w:val="00292914"/>
    <w:rsid w:val="0029639D"/>
    <w:rsid w:val="002B2F2F"/>
    <w:rsid w:val="002F30AC"/>
    <w:rsid w:val="003163E1"/>
    <w:rsid w:val="00326F90"/>
    <w:rsid w:val="00370806"/>
    <w:rsid w:val="0039529A"/>
    <w:rsid w:val="003E08FB"/>
    <w:rsid w:val="004132D3"/>
    <w:rsid w:val="00420375"/>
    <w:rsid w:val="00423F99"/>
    <w:rsid w:val="00476889"/>
    <w:rsid w:val="00483D39"/>
    <w:rsid w:val="004943D5"/>
    <w:rsid w:val="004A560A"/>
    <w:rsid w:val="004A7B73"/>
    <w:rsid w:val="004B7B22"/>
    <w:rsid w:val="005B13C6"/>
    <w:rsid w:val="00656627"/>
    <w:rsid w:val="00664C0D"/>
    <w:rsid w:val="006A741A"/>
    <w:rsid w:val="006A7642"/>
    <w:rsid w:val="006C6F43"/>
    <w:rsid w:val="006E0D38"/>
    <w:rsid w:val="006F1DFF"/>
    <w:rsid w:val="007C2889"/>
    <w:rsid w:val="0080293E"/>
    <w:rsid w:val="008133F8"/>
    <w:rsid w:val="00833731"/>
    <w:rsid w:val="00835DA5"/>
    <w:rsid w:val="00837BFB"/>
    <w:rsid w:val="00900872"/>
    <w:rsid w:val="009817A1"/>
    <w:rsid w:val="00994817"/>
    <w:rsid w:val="009D29E3"/>
    <w:rsid w:val="00A05F15"/>
    <w:rsid w:val="00A5677C"/>
    <w:rsid w:val="00A65BC7"/>
    <w:rsid w:val="00A87492"/>
    <w:rsid w:val="00AA1D8D"/>
    <w:rsid w:val="00AB7B83"/>
    <w:rsid w:val="00AE225E"/>
    <w:rsid w:val="00B47730"/>
    <w:rsid w:val="00B67184"/>
    <w:rsid w:val="00B86D2E"/>
    <w:rsid w:val="00BD3827"/>
    <w:rsid w:val="00BE0612"/>
    <w:rsid w:val="00C13CE6"/>
    <w:rsid w:val="00C95E84"/>
    <w:rsid w:val="00CB0664"/>
    <w:rsid w:val="00CE4AA9"/>
    <w:rsid w:val="00D7490B"/>
    <w:rsid w:val="00D91BCC"/>
    <w:rsid w:val="00DB1118"/>
    <w:rsid w:val="00DD26C5"/>
    <w:rsid w:val="00DE10FE"/>
    <w:rsid w:val="00E21F33"/>
    <w:rsid w:val="00E81EBE"/>
    <w:rsid w:val="00F44E49"/>
    <w:rsid w:val="00F84926"/>
    <w:rsid w:val="00F9060F"/>
    <w:rsid w:val="00F9185D"/>
    <w:rsid w:val="00FC693F"/>
    <w:rsid w:val="03062CCA"/>
    <w:rsid w:val="06720698"/>
    <w:rsid w:val="074E430A"/>
    <w:rsid w:val="14B6BF7E"/>
    <w:rsid w:val="151F04AC"/>
    <w:rsid w:val="1B4529D1"/>
    <w:rsid w:val="1C8AD581"/>
    <w:rsid w:val="1D5CBEB8"/>
    <w:rsid w:val="1FD25F77"/>
    <w:rsid w:val="23743A70"/>
    <w:rsid w:val="2B963F09"/>
    <w:rsid w:val="2C0E6D05"/>
    <w:rsid w:val="2F4AF991"/>
    <w:rsid w:val="30147677"/>
    <w:rsid w:val="37481301"/>
    <w:rsid w:val="3D31D08A"/>
    <w:rsid w:val="46201AE9"/>
    <w:rsid w:val="4A4495B8"/>
    <w:rsid w:val="50D53CB9"/>
    <w:rsid w:val="50D6D139"/>
    <w:rsid w:val="55818941"/>
    <w:rsid w:val="569132C2"/>
    <w:rsid w:val="72CE9A29"/>
    <w:rsid w:val="76129BD7"/>
    <w:rsid w:val="78ED4A80"/>
    <w:rsid w:val="7D44559B"/>
    <w:rsid w:val="7DDEC250"/>
    <w:rsid w:val="7E609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B8F457"/>
  <w14:defaultImageDpi w14:val="330"/>
  <w15:docId w15:val="{95BCB7C7-9D4E-4038-9D68-ADC2F66B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F43"/>
    <w:pPr>
      <w:spacing w:before="120" w:after="120"/>
    </w:pPr>
    <w:rPr>
      <w:rFonts w:ascii="Arial" w:hAnsi="Arial"/>
      <w:color w:val="585858"/>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94544">
      <w:bodyDiv w:val="1"/>
      <w:marLeft w:val="0"/>
      <w:marRight w:val="0"/>
      <w:marTop w:val="0"/>
      <w:marBottom w:val="0"/>
      <w:divBdr>
        <w:top w:val="none" w:sz="0" w:space="0" w:color="auto"/>
        <w:left w:val="none" w:sz="0" w:space="0" w:color="auto"/>
        <w:bottom w:val="none" w:sz="0" w:space="0" w:color="auto"/>
        <w:right w:val="none" w:sz="0" w:space="0" w:color="auto"/>
      </w:divBdr>
    </w:div>
    <w:div w:id="1651061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654</Words>
  <Characters>4124</Characters>
  <Application>Microsoft Office Word</Application>
  <DocSecurity>0</DocSecurity>
  <Lines>34</Lines>
  <Paragraphs>9</Paragraphs>
  <ScaleCrop>false</ScaleCrop>
  <Manager/>
  <Company/>
  <LinksUpToDate>false</LinksUpToDate>
  <CharactersWithSpaces>4769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Popova, Alber</cp:lastModifiedBy>
  <cp:revision>62</cp:revision>
  <dcterms:created xsi:type="dcterms:W3CDTF">2025-01-14T15:04:00Z</dcterms:created>
  <dcterms:modified xsi:type="dcterms:W3CDTF">2025-06-02T06:34:00Z</dcterms:modified>
  <cp:category/>
</cp:coreProperties>
</file>